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98C" w:rsidRDefault="005E3F30">
      <w:pPr>
        <w:jc w:val="center"/>
        <w:rPr>
          <w:lang w:eastAsia="zh-CN"/>
        </w:rPr>
      </w:pPr>
      <w:r>
        <w:rPr>
          <w:b/>
          <w:color w:val="D4AF37"/>
          <w:sz w:val="32"/>
          <w:lang w:eastAsia="zh-CN"/>
        </w:rPr>
        <w:t>🏛️ 中华人民共和国图鉴社监制</w:t>
      </w:r>
    </w:p>
    <w:p w:rsidR="0069798C" w:rsidRPr="008C77CD" w:rsidRDefault="005E3F30">
      <w:pPr>
        <w:jc w:val="center"/>
        <w:rPr>
          <w:b/>
          <w:sz w:val="44"/>
          <w:szCs w:val="44"/>
          <w:lang w:eastAsia="zh-CN"/>
        </w:rPr>
      </w:pPr>
      <w:r w:rsidRPr="008C77CD">
        <w:rPr>
          <w:b/>
          <w:color w:val="C41E3A"/>
          <w:sz w:val="44"/>
          <w:szCs w:val="44"/>
          <w:lang w:eastAsia="zh-CN"/>
        </w:rPr>
        <w:t>行业登顶定制包销决策单</w:t>
      </w:r>
    </w:p>
    <w:p w:rsidR="0069798C" w:rsidRDefault="005E3F30">
      <w:pPr>
        <w:jc w:val="center"/>
        <w:rPr>
          <w:lang w:eastAsia="zh-CN"/>
        </w:rPr>
      </w:pPr>
      <w:r>
        <w:rPr>
          <w:color w:val="000000"/>
          <w:sz w:val="22"/>
          <w:lang w:eastAsia="zh-CN"/>
        </w:rPr>
        <w:t xml:space="preserve">（三档任选 · </w:t>
      </w:r>
      <w:proofErr w:type="gramStart"/>
      <w:r>
        <w:rPr>
          <w:color w:val="000000"/>
          <w:sz w:val="22"/>
          <w:lang w:eastAsia="zh-CN"/>
        </w:rPr>
        <w:t>选完即签</w:t>
      </w:r>
      <w:proofErr w:type="gramEnd"/>
      <w:r>
        <w:rPr>
          <w:color w:val="000000"/>
          <w:sz w:val="22"/>
          <w:lang w:eastAsia="zh-CN"/>
        </w:rPr>
        <w:t xml:space="preserve"> · 签完即是行业龙头）</w:t>
      </w:r>
    </w:p>
    <w:p w:rsidR="0069798C" w:rsidRDefault="005E3F30">
      <w:pPr>
        <w:jc w:val="center"/>
        <w:rPr>
          <w:lang w:eastAsia="zh-CN"/>
        </w:rPr>
      </w:pPr>
      <w:r>
        <w:rPr>
          <w:color w:val="FF6B35"/>
          <w:sz w:val="18"/>
          <w:lang w:eastAsia="zh-CN"/>
        </w:rPr>
        <w:t>⚠️ 定向邀请制 · 每行业仅1-2家（首签者可约定行业独家） · 守门人正在评估 · 不是申请制 · 觉得你合适才会邀请你谈</w:t>
      </w:r>
    </w:p>
    <w:p w:rsidR="0069798C" w:rsidRDefault="005E3F30">
      <w:pPr>
        <w:jc w:val="center"/>
        <w:rPr>
          <w:lang w:eastAsia="zh-CN"/>
        </w:rPr>
      </w:pPr>
      <w:r>
        <w:rPr>
          <w:color w:val="888888"/>
          <w:sz w:val="18"/>
          <w:lang w:eastAsia="zh-CN"/>
        </w:rPr>
        <w:t>━━━━━━━━━━━━━━━━━━━━━━━━━━━━━━━━━━━━━━━━━━━━━━━━━━</w:t>
      </w:r>
    </w:p>
    <w:p w:rsidR="0069798C" w:rsidRDefault="005E3F30">
      <w:pPr>
        <w:jc w:val="center"/>
        <w:rPr>
          <w:lang w:eastAsia="zh-CN"/>
        </w:rPr>
      </w:pPr>
      <w:r>
        <w:rPr>
          <w:b/>
          <w:color w:val="D4AF37"/>
          <w:sz w:val="28"/>
          <w:lang w:eastAsia="zh-CN"/>
        </w:rPr>
        <w:t>两种结果，你都赢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69798C">
        <w:trPr>
          <w:jc w:val="center"/>
        </w:trPr>
        <w:tc>
          <w:tcPr>
            <w:tcW w:w="2880" w:type="dxa"/>
          </w:tcPr>
          <w:p w:rsidR="0069798C" w:rsidRDefault="0069798C">
            <w:pPr>
              <w:jc w:val="center"/>
              <w:rPr>
                <w:lang w:eastAsia="zh-CN"/>
              </w:rPr>
            </w:pPr>
          </w:p>
        </w:tc>
        <w:tc>
          <w:tcPr>
            <w:tcW w:w="2880" w:type="dxa"/>
          </w:tcPr>
          <w:p w:rsidR="0069798C" w:rsidRDefault="005E3F30">
            <w:pPr>
              <w:jc w:val="center"/>
            </w:pPr>
            <w:proofErr w:type="spellStart"/>
            <w:r>
              <w:rPr>
                <w:b/>
                <w:sz w:val="20"/>
              </w:rPr>
              <w:t>达成目标</w:t>
            </w:r>
            <w:proofErr w:type="spellEnd"/>
          </w:p>
        </w:tc>
        <w:tc>
          <w:tcPr>
            <w:tcW w:w="2880" w:type="dxa"/>
          </w:tcPr>
          <w:p w:rsidR="0069798C" w:rsidRDefault="005E3F30">
            <w:pPr>
              <w:jc w:val="center"/>
            </w:pPr>
            <w:r>
              <w:rPr>
                <w:b/>
                <w:sz w:val="20"/>
              </w:rPr>
              <w:t>未达目标</w:t>
            </w:r>
          </w:p>
        </w:tc>
      </w:tr>
      <w:tr w:rsidR="0069798C">
        <w:trPr>
          <w:jc w:val="center"/>
        </w:trPr>
        <w:tc>
          <w:tcPr>
            <w:tcW w:w="2880" w:type="dxa"/>
          </w:tcPr>
          <w:p w:rsidR="0069798C" w:rsidRDefault="005E3F30">
            <w:r>
              <w:rPr>
                <w:sz w:val="19"/>
              </w:rPr>
              <w:t>保证金</w:t>
            </w:r>
          </w:p>
        </w:tc>
        <w:tc>
          <w:tcPr>
            <w:tcW w:w="2880" w:type="dxa"/>
          </w:tcPr>
          <w:p w:rsidR="0069798C" w:rsidRDefault="005E3F30">
            <w:pPr>
              <w:jc w:val="center"/>
            </w:pPr>
            <w:r>
              <w:rPr>
                <w:sz w:val="19"/>
              </w:rPr>
              <w:t>期满全额退还</w:t>
            </w:r>
          </w:p>
        </w:tc>
        <w:tc>
          <w:tcPr>
            <w:tcW w:w="2880" w:type="dxa"/>
          </w:tcPr>
          <w:p w:rsidR="0069798C" w:rsidRDefault="005E3F30">
            <w:pPr>
              <w:jc w:val="center"/>
            </w:pPr>
            <w:r>
              <w:rPr>
                <w:sz w:val="19"/>
              </w:rPr>
              <w:t>全额退还</w:t>
            </w:r>
          </w:p>
        </w:tc>
      </w:tr>
      <w:tr w:rsidR="0069798C">
        <w:trPr>
          <w:jc w:val="center"/>
        </w:trPr>
        <w:tc>
          <w:tcPr>
            <w:tcW w:w="2880" w:type="dxa"/>
          </w:tcPr>
          <w:p w:rsidR="0069798C" w:rsidRDefault="005E3F30">
            <w:r>
              <w:rPr>
                <w:sz w:val="19"/>
              </w:rPr>
              <w:t>销售收益</w:t>
            </w:r>
          </w:p>
        </w:tc>
        <w:tc>
          <w:tcPr>
            <w:tcW w:w="2880" w:type="dxa"/>
          </w:tcPr>
          <w:p w:rsidR="0069798C" w:rsidRDefault="005E3F30">
            <w:pPr>
              <w:jc w:val="center"/>
            </w:pPr>
            <w:r>
              <w:rPr>
                <w:sz w:val="19"/>
              </w:rPr>
              <w:t>你赚大头</w:t>
            </w:r>
          </w:p>
        </w:tc>
        <w:tc>
          <w:tcPr>
            <w:tcW w:w="2880" w:type="dxa"/>
          </w:tcPr>
          <w:p w:rsidR="0069798C" w:rsidRDefault="005E3F30">
            <w:pPr>
              <w:jc w:val="center"/>
            </w:pPr>
            <w:r>
              <w:rPr>
                <w:sz w:val="19"/>
              </w:rPr>
              <w:t>你赚小头</w:t>
            </w:r>
          </w:p>
        </w:tc>
      </w:tr>
      <w:tr w:rsidR="0069798C">
        <w:trPr>
          <w:jc w:val="center"/>
        </w:trPr>
        <w:tc>
          <w:tcPr>
            <w:tcW w:w="2880" w:type="dxa"/>
          </w:tcPr>
          <w:p w:rsidR="0069798C" w:rsidRDefault="005E3F30">
            <w:r>
              <w:rPr>
                <w:sz w:val="19"/>
              </w:rPr>
              <w:t>品牌资产</w:t>
            </w:r>
          </w:p>
        </w:tc>
        <w:tc>
          <w:tcPr>
            <w:tcW w:w="2880" w:type="dxa"/>
          </w:tcPr>
          <w:p w:rsidR="0069798C" w:rsidRDefault="005E3F30">
            <w:pPr>
              <w:jc w:val="center"/>
              <w:rPr>
                <w:lang w:eastAsia="zh-CN"/>
              </w:rPr>
            </w:pPr>
            <w:r>
              <w:rPr>
                <w:sz w:val="19"/>
                <w:lang w:eastAsia="zh-CN"/>
              </w:rPr>
              <w:t>中华人民共和国7字国名永久烙印</w:t>
            </w:r>
          </w:p>
        </w:tc>
        <w:tc>
          <w:tcPr>
            <w:tcW w:w="2880" w:type="dxa"/>
          </w:tcPr>
          <w:p w:rsidR="0069798C" w:rsidRDefault="005E3F30">
            <w:pPr>
              <w:jc w:val="center"/>
              <w:rPr>
                <w:lang w:eastAsia="zh-CN"/>
              </w:rPr>
            </w:pPr>
            <w:r>
              <w:rPr>
                <w:sz w:val="19"/>
                <w:lang w:eastAsia="zh-CN"/>
              </w:rPr>
              <w:t>零风险获得品牌曝光与渠道测试</w:t>
            </w:r>
          </w:p>
        </w:tc>
      </w:tr>
      <w:tr w:rsidR="0069798C">
        <w:trPr>
          <w:jc w:val="center"/>
        </w:trPr>
        <w:tc>
          <w:tcPr>
            <w:tcW w:w="2880" w:type="dxa"/>
          </w:tcPr>
          <w:p w:rsidR="0069798C" w:rsidRDefault="005E3F30">
            <w:proofErr w:type="spellStart"/>
            <w:r>
              <w:rPr>
                <w:sz w:val="19"/>
              </w:rPr>
              <w:t>行业地位</w:t>
            </w:r>
            <w:proofErr w:type="spellEnd"/>
          </w:p>
        </w:tc>
        <w:tc>
          <w:tcPr>
            <w:tcW w:w="2880" w:type="dxa"/>
          </w:tcPr>
          <w:p w:rsidR="0069798C" w:rsidRDefault="005E3F30">
            <w:pPr>
              <w:jc w:val="center"/>
            </w:pPr>
            <w:r>
              <w:rPr>
                <w:sz w:val="19"/>
              </w:rPr>
              <w:t>锁定行业龙头</w:t>
            </w:r>
          </w:p>
        </w:tc>
        <w:tc>
          <w:tcPr>
            <w:tcW w:w="2880" w:type="dxa"/>
          </w:tcPr>
          <w:p w:rsidR="0069798C" w:rsidRDefault="005E3F30">
            <w:pPr>
              <w:jc w:val="center"/>
            </w:pPr>
            <w:r>
              <w:rPr>
                <w:sz w:val="19"/>
              </w:rPr>
              <w:t>按完成度阶梯加赔5%-25%</w:t>
            </w:r>
          </w:p>
        </w:tc>
      </w:tr>
      <w:tr w:rsidR="0069798C">
        <w:trPr>
          <w:jc w:val="center"/>
        </w:trPr>
        <w:tc>
          <w:tcPr>
            <w:tcW w:w="2880" w:type="dxa"/>
          </w:tcPr>
          <w:p w:rsidR="0069798C" w:rsidRDefault="005E3F30">
            <w:r>
              <w:rPr>
                <w:sz w:val="19"/>
              </w:rPr>
              <w:t>平台权益</w:t>
            </w:r>
          </w:p>
        </w:tc>
        <w:tc>
          <w:tcPr>
            <w:tcW w:w="2880" w:type="dxa"/>
          </w:tcPr>
          <w:p w:rsidR="0069798C" w:rsidRDefault="005E3F30">
            <w:pPr>
              <w:jc w:val="center"/>
              <w:rPr>
                <w:lang w:eastAsia="zh-CN"/>
              </w:rPr>
            </w:pPr>
            <w:r>
              <w:rPr>
                <w:sz w:val="19"/>
                <w:lang w:eastAsia="zh-CN"/>
              </w:rPr>
              <w:t>平台建成后</w:t>
            </w:r>
            <w:proofErr w:type="gramStart"/>
            <w:r>
              <w:rPr>
                <w:sz w:val="19"/>
                <w:lang w:eastAsia="zh-CN"/>
              </w:rPr>
              <w:t>龙头级</w:t>
            </w:r>
            <w:proofErr w:type="gramEnd"/>
            <w:r>
              <w:rPr>
                <w:sz w:val="19"/>
                <w:lang w:eastAsia="zh-CN"/>
              </w:rPr>
              <w:t>永久分润</w:t>
            </w:r>
          </w:p>
        </w:tc>
        <w:tc>
          <w:tcPr>
            <w:tcW w:w="2880" w:type="dxa"/>
          </w:tcPr>
          <w:p w:rsidR="0069798C" w:rsidRDefault="005E3F30">
            <w:pPr>
              <w:jc w:val="center"/>
              <w:rPr>
                <w:lang w:eastAsia="zh-CN"/>
              </w:rPr>
            </w:pPr>
            <w:r>
              <w:rPr>
                <w:sz w:val="19"/>
                <w:lang w:eastAsia="zh-CN"/>
              </w:rPr>
              <w:t>自动进入下一年度评估序列</w:t>
            </w:r>
          </w:p>
        </w:tc>
      </w:tr>
    </w:tbl>
    <w:p w:rsidR="0069798C" w:rsidRDefault="005E3F30">
      <w:pPr>
        <w:jc w:val="center"/>
        <w:rPr>
          <w:lang w:eastAsia="zh-CN"/>
        </w:rPr>
      </w:pPr>
      <w:r>
        <w:rPr>
          <w:b/>
          <w:color w:val="D4AF37"/>
          <w:sz w:val="24"/>
          <w:lang w:eastAsia="zh-CN"/>
        </w:rPr>
        <w:t>大钱是你赚。小钱是我赔。反正你不亏。</w:t>
      </w:r>
    </w:p>
    <w:p w:rsidR="0069798C" w:rsidRDefault="005E3F30">
      <w:pPr>
        <w:jc w:val="center"/>
        <w:rPr>
          <w:lang w:eastAsia="zh-CN"/>
        </w:rPr>
      </w:pPr>
      <w:r>
        <w:rPr>
          <w:color w:val="888888"/>
          <w:sz w:val="18"/>
          <w:lang w:eastAsia="zh-CN"/>
        </w:rPr>
        <w:t>━━━━━━━━━━━━━━━━━━━━━━━━━━━━━━━━━━━━━━━━━━━━━━━━━━</w:t>
      </w:r>
    </w:p>
    <w:p w:rsidR="0069798C" w:rsidRDefault="005E3F30">
      <w:pPr>
        <w:rPr>
          <w:lang w:eastAsia="zh-CN"/>
        </w:rPr>
      </w:pPr>
      <w:r>
        <w:rPr>
          <w:b/>
          <w:color w:val="D4AF37"/>
          <w:sz w:val="26"/>
          <w:lang w:eastAsia="zh-CN"/>
        </w:rPr>
        <w:t>一、核心逻辑</w:t>
      </w:r>
    </w:p>
    <w:p w:rsidR="0069798C" w:rsidRDefault="005E3F30">
      <w:pPr>
        <w:rPr>
          <w:lang w:eastAsia="zh-CN"/>
        </w:rPr>
      </w:pPr>
      <w:r>
        <w:rPr>
          <w:b/>
          <w:color w:val="000000"/>
          <w:sz w:val="22"/>
          <w:lang w:eastAsia="zh-CN"/>
        </w:rPr>
        <w:t>你把销售目标给我，我签约包销达成。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你把计划打市场的钱以战略合作保证金形式注入，由行业守门人专项监管。我用三样东西把你的产品卖得飞起：</w:t>
      </w:r>
    </w:p>
    <w:p w:rsidR="0069798C" w:rsidRDefault="005E3F30">
      <w:pPr>
        <w:rPr>
          <w:lang w:eastAsia="zh-CN"/>
        </w:rPr>
      </w:pPr>
      <w:r>
        <w:rPr>
          <w:b/>
          <w:color w:val="000000"/>
          <w:lang w:eastAsia="zh-CN"/>
        </w:rPr>
        <w:t>🇨🇳 "中华人民共和国"7字国名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"中华人民共和国"图鉴社监制印上你的产品——从普通商品到国家名片，前无古人，后无来者</w:t>
      </w:r>
    </w:p>
    <w:p w:rsidR="0069798C" w:rsidRDefault="005E3F30">
      <w:pPr>
        <w:rPr>
          <w:lang w:eastAsia="zh-CN"/>
        </w:rPr>
      </w:pPr>
      <w:r>
        <w:rPr>
          <w:b/>
          <w:color w:val="000000"/>
          <w:lang w:eastAsia="zh-CN"/>
        </w:rPr>
        <w:t>👥 全国亿万职工师徒制传承通道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中华职工学习网（28家国家部委共建，于人民大会堂国家十部委会议上由与会首长点击开通）制度性渠道，</w:t>
      </w:r>
      <w:proofErr w:type="gramStart"/>
      <w:r>
        <w:rPr>
          <w:color w:val="000000"/>
          <w:lang w:eastAsia="zh-CN"/>
        </w:rPr>
        <w:t>丰团自动</w:t>
      </w:r>
      <w:proofErr w:type="gramEnd"/>
      <w:r>
        <w:rPr>
          <w:color w:val="000000"/>
          <w:lang w:eastAsia="zh-CN"/>
        </w:rPr>
        <w:t>执行，消费者即推广者，你不需要多招一个业务员</w:t>
      </w:r>
    </w:p>
    <w:p w:rsidR="0069798C" w:rsidRDefault="005E3F30">
      <w:pPr>
        <w:rPr>
          <w:lang w:eastAsia="zh-CN"/>
        </w:rPr>
      </w:pPr>
      <w:r>
        <w:rPr>
          <w:b/>
          <w:color w:val="000000"/>
          <w:lang w:eastAsia="zh-CN"/>
        </w:rPr>
        <w:t>🔄 第三代循环消费补贴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消费者买你的产品自动排队拿回补贴 → 主动复购 + 自发拉人，形成永不枯竭的消费闭环</w:t>
      </w:r>
    </w:p>
    <w:p w:rsidR="0069798C" w:rsidRDefault="005E3F30">
      <w:pPr>
        <w:rPr>
          <w:lang w:eastAsia="zh-CN"/>
        </w:rPr>
      </w:pPr>
      <w:r>
        <w:rPr>
          <w:b/>
          <w:color w:val="000000"/>
          <w:lang w:eastAsia="zh-CN"/>
        </w:rPr>
        <w:lastRenderedPageBreak/>
        <w:t>达成目标：期满全额退还保证金。企业获得权威信用背书 + 超额销售收益 + 行业龙头地位锁定。</w:t>
      </w:r>
    </w:p>
    <w:p w:rsidR="0069798C" w:rsidRDefault="005E3F30">
      <w:pPr>
        <w:rPr>
          <w:lang w:eastAsia="zh-CN"/>
        </w:rPr>
      </w:pPr>
      <w:r>
        <w:rPr>
          <w:b/>
          <w:color w:val="000000"/>
          <w:lang w:eastAsia="zh-CN"/>
        </w:rPr>
        <w:t>未达目标：全额退还保证金 + 按完成度阶梯加赔5%-25%。企业零风险获得品牌曝光与渠道测试价值。</w:t>
      </w:r>
    </w:p>
    <w:p w:rsidR="0069798C" w:rsidRDefault="005E3F30">
      <w:pPr>
        <w:rPr>
          <w:lang w:eastAsia="zh-CN"/>
        </w:rPr>
      </w:pPr>
      <w:r>
        <w:rPr>
          <w:b/>
          <w:color w:val="C41E3A"/>
          <w:sz w:val="22"/>
          <w:lang w:eastAsia="zh-CN"/>
        </w:rPr>
        <w:t>市场风险我替你全担。</w:t>
      </w:r>
    </w:p>
    <w:p w:rsidR="0069798C" w:rsidRDefault="005E3F30">
      <w:pPr>
        <w:jc w:val="center"/>
        <w:rPr>
          <w:lang w:eastAsia="zh-CN"/>
        </w:rPr>
      </w:pPr>
      <w:r>
        <w:rPr>
          <w:color w:val="888888"/>
          <w:sz w:val="18"/>
          <w:lang w:eastAsia="zh-CN"/>
        </w:rPr>
        <w:t>━━━━━━━━━━━━━━━━━━━━━━━━━━━━━━━━━━━━━━━━━━━━━━━━━━</w:t>
      </w:r>
    </w:p>
    <w:p w:rsidR="0069798C" w:rsidRDefault="005E3F30">
      <w:pPr>
        <w:rPr>
          <w:lang w:eastAsia="zh-CN"/>
        </w:rPr>
      </w:pPr>
      <w:r>
        <w:rPr>
          <w:b/>
          <w:color w:val="D4AF37"/>
          <w:sz w:val="26"/>
          <w:lang w:eastAsia="zh-CN"/>
        </w:rPr>
        <w:t>二、三</w:t>
      </w:r>
      <w:proofErr w:type="gramStart"/>
      <w:r>
        <w:rPr>
          <w:b/>
          <w:color w:val="D4AF37"/>
          <w:sz w:val="26"/>
          <w:lang w:eastAsia="zh-CN"/>
        </w:rPr>
        <w:t>档</w:t>
      </w:r>
      <w:proofErr w:type="gramEnd"/>
      <w:r>
        <w:rPr>
          <w:b/>
          <w:color w:val="D4AF37"/>
          <w:sz w:val="26"/>
          <w:lang w:eastAsia="zh-CN"/>
        </w:rPr>
        <w:t>任选 · 选一个适合你的保障级别</w:t>
      </w:r>
    </w:p>
    <w:p w:rsidR="0069798C" w:rsidRDefault="005E3F30">
      <w:pPr>
        <w:jc w:val="center"/>
        <w:rPr>
          <w:lang w:eastAsia="zh-CN"/>
        </w:rPr>
      </w:pPr>
      <w:r>
        <w:rPr>
          <w:color w:val="000000"/>
          <w:sz w:val="20"/>
          <w:lang w:eastAsia="zh-CN"/>
        </w:rPr>
        <w:t>不需要对比权益清单，只需要回答一个问题：「我愿意承担多少不确定性？」</w:t>
      </w:r>
    </w:p>
    <w:p w:rsidR="0069798C" w:rsidRDefault="005E3F30">
      <w:pPr>
        <w:rPr>
          <w:lang w:eastAsia="zh-CN"/>
        </w:rPr>
      </w:pPr>
      <w:r>
        <w:rPr>
          <w:b/>
          <w:color w:val="D4AF37"/>
          <w:sz w:val="24"/>
          <w:lang w:eastAsia="zh-CN"/>
        </w:rPr>
        <w:t>🥇 包销包赚对赌（👑 推荐 · 零风险）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保证金：2,000万起 | 年包销3亿起 · 合同期3年 · 总额9亿起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核心承诺：没帮你赚到钱，全退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风险归属：我全担——不赚就退，你零风险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完成度赔付：＜70% 全额退还保证金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中图社监制：✅ 非独家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三授权赋能：✅ C档级完整赋能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渠道传承收入：✅ 师徒制传承体系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平台永久权益：✅ 前排第一桌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准入方式：守门人定向邀请</w:t>
      </w:r>
    </w:p>
    <w:p w:rsidR="0069798C" w:rsidRDefault="005E3F30">
      <w:pPr>
        <w:rPr>
          <w:lang w:eastAsia="zh-CN"/>
        </w:rPr>
      </w:pPr>
      <w:r>
        <w:rPr>
          <w:b/>
          <w:color w:val="D4AF37"/>
          <w:sz w:val="22"/>
          <w:lang w:eastAsia="zh-CN"/>
        </w:rPr>
        <w:t>一句话：「你不赚钱，我不收钱」</w:t>
      </w:r>
    </w:p>
    <w:p w:rsidR="0069798C" w:rsidRDefault="005E3F30">
      <w:pPr>
        <w:rPr>
          <w:lang w:eastAsia="zh-CN"/>
        </w:rPr>
      </w:pPr>
      <w:r>
        <w:rPr>
          <w:color w:val="00C853"/>
          <w:sz w:val="19"/>
          <w:lang w:eastAsia="zh-CN"/>
        </w:rPr>
        <w:t>💡 比1000万</w:t>
      </w:r>
      <w:proofErr w:type="gramStart"/>
      <w:r>
        <w:rPr>
          <w:color w:val="00C853"/>
          <w:sz w:val="19"/>
          <w:lang w:eastAsia="zh-CN"/>
        </w:rPr>
        <w:t>档</w:t>
      </w:r>
      <w:proofErr w:type="gramEnd"/>
      <w:r>
        <w:rPr>
          <w:color w:val="00C853"/>
          <w:sz w:val="19"/>
          <w:lang w:eastAsia="zh-CN"/>
        </w:rPr>
        <w:t>多花1000万，但你买到了「零风险」——不赚就全退。</w:t>
      </w:r>
    </w:p>
    <w:p w:rsidR="0069798C" w:rsidRDefault="0069798C">
      <w:pPr>
        <w:rPr>
          <w:lang w:eastAsia="zh-CN"/>
        </w:rPr>
      </w:pPr>
    </w:p>
    <w:p w:rsidR="0069798C" w:rsidRDefault="005E3F30">
      <w:pPr>
        <w:rPr>
          <w:lang w:eastAsia="zh-CN"/>
        </w:rPr>
      </w:pPr>
      <w:r>
        <w:rPr>
          <w:b/>
          <w:color w:val="888888"/>
          <w:sz w:val="24"/>
          <w:lang w:eastAsia="zh-CN"/>
        </w:rPr>
        <w:t>🥈 包销对赌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保证金：1,000万起 | 年包销1.5亿起 · 合同期3年 · 总额4.5亿起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核心承诺：包销对赌，死活帮你卖，完不成按完成度赔你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风险归属：你担部分——完成度低于70%</w:t>
      </w:r>
      <w:proofErr w:type="gramStart"/>
      <w:r>
        <w:rPr>
          <w:color w:val="000000"/>
          <w:lang w:eastAsia="zh-CN"/>
        </w:rPr>
        <w:t>才触达</w:t>
      </w:r>
      <w:proofErr w:type="gramEnd"/>
      <w:r>
        <w:rPr>
          <w:color w:val="000000"/>
          <w:lang w:eastAsia="zh-CN"/>
        </w:rPr>
        <w:t>25%赔付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lastRenderedPageBreak/>
        <w:t>完成度赔付：＜70% 阶梯赔付（5%-25%）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中图社监制：✅ 非独家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三授权赋能：❌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渠道传承收入：❌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平台永久权益：平台建成后自动转正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准入方式：守门人定向邀请</w:t>
      </w:r>
    </w:p>
    <w:p w:rsidR="0069798C" w:rsidRDefault="005E3F30">
      <w:pPr>
        <w:rPr>
          <w:lang w:eastAsia="zh-CN"/>
        </w:rPr>
      </w:pPr>
      <w:r>
        <w:rPr>
          <w:b/>
          <w:color w:val="888888"/>
          <w:sz w:val="22"/>
          <w:lang w:eastAsia="zh-CN"/>
        </w:rPr>
        <w:t>一句话：「你死磕产品，我死磕销量」</w:t>
      </w:r>
    </w:p>
    <w:p w:rsidR="0069798C" w:rsidRDefault="0069798C">
      <w:pPr>
        <w:rPr>
          <w:lang w:eastAsia="zh-CN"/>
        </w:rPr>
      </w:pPr>
    </w:p>
    <w:p w:rsidR="0069798C" w:rsidRDefault="005E3F30">
      <w:pPr>
        <w:rPr>
          <w:lang w:eastAsia="zh-CN"/>
        </w:rPr>
      </w:pPr>
      <w:r>
        <w:rPr>
          <w:b/>
          <w:color w:val="C41E3A"/>
          <w:sz w:val="24"/>
          <w:lang w:eastAsia="zh-CN"/>
        </w:rPr>
        <w:t>🥉 行业独家定制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保证金：1亿+ | 年包销15亿+ · 合同期协商 · 总额上不封顶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核心承诺：行业独家，同行拿不到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风险归属：你担（但你是行业头部，你赌得起）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完成度赔付：单独协商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中图社监制：✅ 独家（同行拿不到）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三授权赋能：✅ 完整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渠道传承收入：✅ 完整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平台永久权益：✅ 最高权重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准入方式：守门人定向邀请 + 竞争性谈判</w:t>
      </w:r>
    </w:p>
    <w:p w:rsidR="0069798C" w:rsidRDefault="005E3F30">
      <w:pPr>
        <w:rPr>
          <w:lang w:eastAsia="zh-CN"/>
        </w:rPr>
      </w:pPr>
      <w:r>
        <w:rPr>
          <w:b/>
          <w:color w:val="C41E3A"/>
          <w:sz w:val="22"/>
          <w:lang w:eastAsia="zh-CN"/>
        </w:rPr>
        <w:t>一句话：「你已经是行业头部，我帮你甩开身后所有人」</w:t>
      </w:r>
    </w:p>
    <w:p w:rsidR="0069798C" w:rsidRDefault="005E3F30">
      <w:pPr>
        <w:jc w:val="center"/>
        <w:rPr>
          <w:lang w:eastAsia="zh-CN"/>
        </w:rPr>
      </w:pPr>
      <w:r>
        <w:rPr>
          <w:color w:val="888888"/>
          <w:sz w:val="18"/>
          <w:lang w:eastAsia="zh-CN"/>
        </w:rPr>
        <w:t>━━━━━━━━━━━━━━━━━━━━━━━━━━━━━━━━━━━━━━━━━━━━━━━━━━</w:t>
      </w:r>
    </w:p>
    <w:p w:rsidR="0069798C" w:rsidRDefault="005E3F30">
      <w:pPr>
        <w:rPr>
          <w:lang w:eastAsia="zh-CN"/>
        </w:rPr>
      </w:pPr>
      <w:r>
        <w:rPr>
          <w:b/>
          <w:color w:val="D4AF37"/>
          <w:sz w:val="26"/>
          <w:lang w:eastAsia="zh-CN"/>
        </w:rPr>
        <w:t>三、三</w:t>
      </w:r>
      <w:proofErr w:type="gramStart"/>
      <w:r>
        <w:rPr>
          <w:b/>
          <w:color w:val="D4AF37"/>
          <w:sz w:val="26"/>
          <w:lang w:eastAsia="zh-CN"/>
        </w:rPr>
        <w:t>档</w:t>
      </w:r>
      <w:proofErr w:type="gramEnd"/>
      <w:r>
        <w:rPr>
          <w:b/>
          <w:color w:val="D4AF37"/>
          <w:sz w:val="26"/>
          <w:lang w:eastAsia="zh-CN"/>
        </w:rPr>
        <w:t>全景对比 · 一秒对号入座</w:t>
      </w:r>
    </w:p>
    <w:p w:rsidR="0069798C" w:rsidRDefault="005E3F30">
      <w:pPr>
        <w:jc w:val="center"/>
        <w:rPr>
          <w:lang w:eastAsia="zh-CN"/>
        </w:rPr>
      </w:pPr>
      <w:r>
        <w:rPr>
          <w:color w:val="000000"/>
          <w:sz w:val="20"/>
          <w:lang w:eastAsia="zh-CN"/>
        </w:rPr>
        <w:t>不需要研究差异，只需要判断你的风险偏好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69798C">
        <w:trPr>
          <w:jc w:val="center"/>
        </w:trPr>
        <w:tc>
          <w:tcPr>
            <w:tcW w:w="2160" w:type="dxa"/>
          </w:tcPr>
          <w:p w:rsidR="0069798C" w:rsidRDefault="005E3F30">
            <w:pPr>
              <w:jc w:val="center"/>
            </w:pPr>
            <w:proofErr w:type="spellStart"/>
            <w:r>
              <w:rPr>
                <w:b/>
                <w:sz w:val="18"/>
              </w:rPr>
              <w:t>维度</w:t>
            </w:r>
            <w:proofErr w:type="spellEnd"/>
          </w:p>
        </w:tc>
        <w:tc>
          <w:tcPr>
            <w:tcW w:w="2160" w:type="dxa"/>
          </w:tcPr>
          <w:p w:rsidR="0069798C" w:rsidRDefault="005E3F30">
            <w:pPr>
              <w:jc w:val="center"/>
            </w:pPr>
            <w:r>
              <w:rPr>
                <w:b/>
                <w:sz w:val="18"/>
              </w:rPr>
              <w:t>🥈 包销对赌</w:t>
            </w:r>
          </w:p>
        </w:tc>
        <w:tc>
          <w:tcPr>
            <w:tcW w:w="2160" w:type="dxa"/>
          </w:tcPr>
          <w:p w:rsidR="0069798C" w:rsidRDefault="005E3F30">
            <w:pPr>
              <w:jc w:val="center"/>
              <w:rPr>
                <w:lang w:eastAsia="zh-CN"/>
              </w:rPr>
            </w:pPr>
            <w:r>
              <w:rPr>
                <w:b/>
                <w:sz w:val="18"/>
                <w:lang w:eastAsia="zh-CN"/>
              </w:rPr>
              <w:t>🥇 包销包赚对赌</w:t>
            </w:r>
            <w:r>
              <w:rPr>
                <w:b/>
                <w:sz w:val="18"/>
                <w:lang w:eastAsia="zh-CN"/>
              </w:rPr>
              <w:br/>
              <w:t>👑 推荐</w:t>
            </w:r>
          </w:p>
        </w:tc>
        <w:tc>
          <w:tcPr>
            <w:tcW w:w="2160" w:type="dxa"/>
          </w:tcPr>
          <w:p w:rsidR="0069798C" w:rsidRDefault="005E3F30">
            <w:pPr>
              <w:jc w:val="center"/>
            </w:pPr>
            <w:r>
              <w:rPr>
                <w:b/>
                <w:sz w:val="18"/>
              </w:rPr>
              <w:t xml:space="preserve">🥉 </w:t>
            </w:r>
            <w:proofErr w:type="spellStart"/>
            <w:r>
              <w:rPr>
                <w:b/>
                <w:sz w:val="18"/>
              </w:rPr>
              <w:t>行业独家定制</w:t>
            </w:r>
            <w:proofErr w:type="spellEnd"/>
          </w:p>
        </w:tc>
      </w:tr>
      <w:tr w:rsidR="0069798C">
        <w:trPr>
          <w:jc w:val="center"/>
        </w:trPr>
        <w:tc>
          <w:tcPr>
            <w:tcW w:w="2160" w:type="dxa"/>
          </w:tcPr>
          <w:p w:rsidR="0069798C" w:rsidRDefault="005E3F30">
            <w:pPr>
              <w:jc w:val="center"/>
            </w:pPr>
            <w:r>
              <w:rPr>
                <w:sz w:val="17"/>
              </w:rPr>
              <w:t>适合谁</w:t>
            </w:r>
          </w:p>
        </w:tc>
        <w:tc>
          <w:tcPr>
            <w:tcW w:w="2160" w:type="dxa"/>
          </w:tcPr>
          <w:p w:rsidR="0069798C" w:rsidRDefault="005E3F30">
            <w:pPr>
              <w:jc w:val="center"/>
              <w:rPr>
                <w:lang w:eastAsia="zh-CN"/>
              </w:rPr>
            </w:pPr>
            <w:r>
              <w:rPr>
                <w:sz w:val="17"/>
                <w:lang w:eastAsia="zh-CN"/>
              </w:rPr>
              <w:t>「我信你</w:t>
            </w:r>
            <w:r>
              <w:rPr>
                <w:sz w:val="17"/>
                <w:lang w:eastAsia="zh-CN"/>
              </w:rPr>
              <w:br/>
              <w:t>且愿意共担」</w:t>
            </w:r>
          </w:p>
        </w:tc>
        <w:tc>
          <w:tcPr>
            <w:tcW w:w="2160" w:type="dxa"/>
          </w:tcPr>
          <w:p w:rsidR="0069798C" w:rsidRDefault="005E3F30">
            <w:pPr>
              <w:jc w:val="center"/>
              <w:rPr>
                <w:lang w:eastAsia="zh-CN"/>
              </w:rPr>
            </w:pPr>
            <w:r>
              <w:rPr>
                <w:sz w:val="17"/>
                <w:lang w:eastAsia="zh-CN"/>
              </w:rPr>
              <w:t>「我有野心</w:t>
            </w:r>
            <w:r>
              <w:rPr>
                <w:sz w:val="17"/>
                <w:lang w:eastAsia="zh-CN"/>
              </w:rPr>
              <w:br/>
              <w:t>但董事会需要</w:t>
            </w:r>
            <w:r>
              <w:rPr>
                <w:sz w:val="17"/>
                <w:lang w:eastAsia="zh-CN"/>
              </w:rPr>
              <w:br/>
              <w:t>确定性」</w:t>
            </w:r>
          </w:p>
        </w:tc>
        <w:tc>
          <w:tcPr>
            <w:tcW w:w="2160" w:type="dxa"/>
          </w:tcPr>
          <w:p w:rsidR="0069798C" w:rsidRDefault="005E3F30">
            <w:pPr>
              <w:jc w:val="center"/>
              <w:rPr>
                <w:lang w:eastAsia="zh-CN"/>
              </w:rPr>
            </w:pPr>
            <w:r>
              <w:rPr>
                <w:sz w:val="17"/>
                <w:lang w:eastAsia="zh-CN"/>
              </w:rPr>
              <w:t>「我是头部</w:t>
            </w:r>
            <w:r>
              <w:rPr>
                <w:sz w:val="17"/>
                <w:lang w:eastAsia="zh-CN"/>
              </w:rPr>
              <w:br/>
              <w:t>需要护城河」</w:t>
            </w:r>
          </w:p>
        </w:tc>
      </w:tr>
      <w:tr w:rsidR="0069798C">
        <w:trPr>
          <w:jc w:val="center"/>
        </w:trPr>
        <w:tc>
          <w:tcPr>
            <w:tcW w:w="2160" w:type="dxa"/>
          </w:tcPr>
          <w:p w:rsidR="0069798C" w:rsidRDefault="005E3F30">
            <w:pPr>
              <w:jc w:val="center"/>
            </w:pPr>
            <w:proofErr w:type="spellStart"/>
            <w:r>
              <w:rPr>
                <w:sz w:val="17"/>
              </w:rPr>
              <w:t>保证金</w:t>
            </w:r>
            <w:proofErr w:type="spellEnd"/>
          </w:p>
        </w:tc>
        <w:tc>
          <w:tcPr>
            <w:tcW w:w="2160" w:type="dxa"/>
          </w:tcPr>
          <w:p w:rsidR="0069798C" w:rsidRDefault="005E3F30">
            <w:pPr>
              <w:jc w:val="center"/>
            </w:pPr>
            <w:r>
              <w:rPr>
                <w:sz w:val="17"/>
              </w:rPr>
              <w:t>1,000万起</w:t>
            </w:r>
          </w:p>
        </w:tc>
        <w:tc>
          <w:tcPr>
            <w:tcW w:w="2160" w:type="dxa"/>
          </w:tcPr>
          <w:p w:rsidR="0069798C" w:rsidRDefault="005E3F30">
            <w:pPr>
              <w:jc w:val="center"/>
            </w:pPr>
            <w:r>
              <w:rPr>
                <w:sz w:val="17"/>
              </w:rPr>
              <w:t>2,000万起</w:t>
            </w:r>
          </w:p>
        </w:tc>
        <w:tc>
          <w:tcPr>
            <w:tcW w:w="2160" w:type="dxa"/>
          </w:tcPr>
          <w:p w:rsidR="0069798C" w:rsidRDefault="005E3F30">
            <w:pPr>
              <w:jc w:val="center"/>
            </w:pPr>
            <w:r>
              <w:rPr>
                <w:sz w:val="17"/>
              </w:rPr>
              <w:t>1亿+</w:t>
            </w:r>
          </w:p>
        </w:tc>
      </w:tr>
      <w:tr w:rsidR="0069798C">
        <w:trPr>
          <w:jc w:val="center"/>
        </w:trPr>
        <w:tc>
          <w:tcPr>
            <w:tcW w:w="2160" w:type="dxa"/>
          </w:tcPr>
          <w:p w:rsidR="0069798C" w:rsidRDefault="005E3F30">
            <w:pPr>
              <w:jc w:val="center"/>
            </w:pPr>
            <w:r>
              <w:rPr>
                <w:sz w:val="17"/>
              </w:rPr>
              <w:lastRenderedPageBreak/>
              <w:t>核心承诺</w:t>
            </w:r>
          </w:p>
        </w:tc>
        <w:tc>
          <w:tcPr>
            <w:tcW w:w="2160" w:type="dxa"/>
          </w:tcPr>
          <w:p w:rsidR="0069798C" w:rsidRDefault="005E3F30">
            <w:pPr>
              <w:jc w:val="center"/>
              <w:rPr>
                <w:lang w:eastAsia="zh-CN"/>
              </w:rPr>
            </w:pPr>
            <w:r>
              <w:rPr>
                <w:sz w:val="17"/>
                <w:lang w:eastAsia="zh-CN"/>
              </w:rPr>
              <w:t>死活帮你卖</w:t>
            </w:r>
            <w:r>
              <w:rPr>
                <w:sz w:val="17"/>
                <w:lang w:eastAsia="zh-CN"/>
              </w:rPr>
              <w:br/>
              <w:t>完不成按完成度赔你</w:t>
            </w:r>
          </w:p>
        </w:tc>
        <w:tc>
          <w:tcPr>
            <w:tcW w:w="2160" w:type="dxa"/>
          </w:tcPr>
          <w:p w:rsidR="0069798C" w:rsidRDefault="005E3F30">
            <w:pPr>
              <w:jc w:val="center"/>
            </w:pPr>
            <w:proofErr w:type="spellStart"/>
            <w:r>
              <w:rPr>
                <w:sz w:val="17"/>
              </w:rPr>
              <w:t>没帮你赚到钱</w:t>
            </w:r>
            <w:proofErr w:type="spellEnd"/>
            <w:r>
              <w:rPr>
                <w:sz w:val="17"/>
              </w:rPr>
              <w:br/>
            </w:r>
            <w:proofErr w:type="spellStart"/>
            <w:r>
              <w:rPr>
                <w:sz w:val="17"/>
              </w:rPr>
              <w:t>全退</w:t>
            </w:r>
            <w:proofErr w:type="spellEnd"/>
          </w:p>
        </w:tc>
        <w:tc>
          <w:tcPr>
            <w:tcW w:w="2160" w:type="dxa"/>
          </w:tcPr>
          <w:p w:rsidR="0069798C" w:rsidRDefault="005E3F30">
            <w:pPr>
              <w:jc w:val="center"/>
              <w:rPr>
                <w:lang w:eastAsia="zh-CN"/>
              </w:rPr>
            </w:pPr>
            <w:r>
              <w:rPr>
                <w:sz w:val="17"/>
                <w:lang w:eastAsia="zh-CN"/>
              </w:rPr>
              <w:t>你的行业你说了算</w:t>
            </w:r>
            <w:r>
              <w:rPr>
                <w:sz w:val="17"/>
                <w:lang w:eastAsia="zh-CN"/>
              </w:rPr>
              <w:br/>
              <w:t>量身定做</w:t>
            </w:r>
          </w:p>
        </w:tc>
      </w:tr>
      <w:tr w:rsidR="0069798C">
        <w:trPr>
          <w:jc w:val="center"/>
        </w:trPr>
        <w:tc>
          <w:tcPr>
            <w:tcW w:w="2160" w:type="dxa"/>
          </w:tcPr>
          <w:p w:rsidR="0069798C" w:rsidRDefault="005E3F30">
            <w:pPr>
              <w:jc w:val="center"/>
            </w:pPr>
            <w:proofErr w:type="spellStart"/>
            <w:r>
              <w:rPr>
                <w:sz w:val="17"/>
              </w:rPr>
              <w:t>风险归属</w:t>
            </w:r>
            <w:proofErr w:type="spellEnd"/>
          </w:p>
        </w:tc>
        <w:tc>
          <w:tcPr>
            <w:tcW w:w="2160" w:type="dxa"/>
          </w:tcPr>
          <w:p w:rsidR="0069798C" w:rsidRDefault="005E3F30">
            <w:pPr>
              <w:jc w:val="center"/>
              <w:rPr>
                <w:lang w:eastAsia="zh-CN"/>
              </w:rPr>
            </w:pPr>
            <w:r>
              <w:rPr>
                <w:sz w:val="17"/>
                <w:lang w:eastAsia="zh-CN"/>
              </w:rPr>
              <w:t>你担部分</w:t>
            </w:r>
            <w:r>
              <w:rPr>
                <w:sz w:val="17"/>
                <w:lang w:eastAsia="zh-CN"/>
              </w:rPr>
              <w:br/>
              <w:t>（低于70%</w:t>
            </w:r>
            <w:proofErr w:type="gramStart"/>
            <w:r>
              <w:rPr>
                <w:sz w:val="17"/>
                <w:lang w:eastAsia="zh-CN"/>
              </w:rPr>
              <w:t>才触达</w:t>
            </w:r>
            <w:proofErr w:type="gramEnd"/>
            <w:r>
              <w:rPr>
                <w:sz w:val="17"/>
                <w:lang w:eastAsia="zh-CN"/>
              </w:rPr>
              <w:t>25%赔付）</w:t>
            </w:r>
          </w:p>
        </w:tc>
        <w:tc>
          <w:tcPr>
            <w:tcW w:w="2160" w:type="dxa"/>
          </w:tcPr>
          <w:p w:rsidR="0069798C" w:rsidRDefault="005E3F30">
            <w:pPr>
              <w:jc w:val="center"/>
              <w:rPr>
                <w:lang w:eastAsia="zh-CN"/>
              </w:rPr>
            </w:pPr>
            <w:r>
              <w:rPr>
                <w:sz w:val="17"/>
                <w:lang w:eastAsia="zh-CN"/>
              </w:rPr>
              <w:t>我全担——</w:t>
            </w:r>
            <w:r>
              <w:rPr>
                <w:sz w:val="17"/>
                <w:lang w:eastAsia="zh-CN"/>
              </w:rPr>
              <w:br/>
              <w:t>不赚就退，你零风险</w:t>
            </w:r>
          </w:p>
        </w:tc>
        <w:tc>
          <w:tcPr>
            <w:tcW w:w="2160" w:type="dxa"/>
          </w:tcPr>
          <w:p w:rsidR="0069798C" w:rsidRDefault="005E3F30">
            <w:pPr>
              <w:jc w:val="center"/>
              <w:rPr>
                <w:lang w:eastAsia="zh-CN"/>
              </w:rPr>
            </w:pPr>
            <w:r>
              <w:rPr>
                <w:sz w:val="17"/>
                <w:lang w:eastAsia="zh-CN"/>
              </w:rPr>
              <w:t>你担</w:t>
            </w:r>
            <w:r>
              <w:rPr>
                <w:sz w:val="17"/>
                <w:lang w:eastAsia="zh-CN"/>
              </w:rPr>
              <w:br/>
              <w:t>（但你是行业头部，你赌得起）</w:t>
            </w:r>
          </w:p>
        </w:tc>
      </w:tr>
      <w:tr w:rsidR="0069798C">
        <w:trPr>
          <w:jc w:val="center"/>
        </w:trPr>
        <w:tc>
          <w:tcPr>
            <w:tcW w:w="2160" w:type="dxa"/>
          </w:tcPr>
          <w:p w:rsidR="0069798C" w:rsidRDefault="005E3F30">
            <w:pPr>
              <w:jc w:val="center"/>
            </w:pPr>
            <w:proofErr w:type="spellStart"/>
            <w:r>
              <w:rPr>
                <w:sz w:val="17"/>
              </w:rPr>
              <w:t>中图社监制</w:t>
            </w:r>
            <w:proofErr w:type="spellEnd"/>
          </w:p>
        </w:tc>
        <w:tc>
          <w:tcPr>
            <w:tcW w:w="2160" w:type="dxa"/>
          </w:tcPr>
          <w:p w:rsidR="0069798C" w:rsidRDefault="005E3F30">
            <w:pPr>
              <w:jc w:val="center"/>
            </w:pPr>
            <w:r>
              <w:rPr>
                <w:sz w:val="17"/>
              </w:rPr>
              <w:t>✅ 非独家</w:t>
            </w:r>
          </w:p>
        </w:tc>
        <w:tc>
          <w:tcPr>
            <w:tcW w:w="2160" w:type="dxa"/>
          </w:tcPr>
          <w:p w:rsidR="0069798C" w:rsidRDefault="005E3F30">
            <w:pPr>
              <w:jc w:val="center"/>
            </w:pPr>
            <w:r>
              <w:rPr>
                <w:sz w:val="17"/>
              </w:rPr>
              <w:t>✅ 非独家</w:t>
            </w:r>
          </w:p>
        </w:tc>
        <w:tc>
          <w:tcPr>
            <w:tcW w:w="2160" w:type="dxa"/>
          </w:tcPr>
          <w:p w:rsidR="0069798C" w:rsidRDefault="005E3F30">
            <w:pPr>
              <w:jc w:val="center"/>
            </w:pPr>
            <w:r>
              <w:rPr>
                <w:sz w:val="17"/>
              </w:rPr>
              <w:t>✅ 独家（同行拿不到）</w:t>
            </w:r>
          </w:p>
        </w:tc>
      </w:tr>
      <w:tr w:rsidR="0069798C">
        <w:trPr>
          <w:jc w:val="center"/>
        </w:trPr>
        <w:tc>
          <w:tcPr>
            <w:tcW w:w="2160" w:type="dxa"/>
          </w:tcPr>
          <w:p w:rsidR="0069798C" w:rsidRDefault="005E3F30">
            <w:pPr>
              <w:jc w:val="center"/>
            </w:pPr>
            <w:r>
              <w:rPr>
                <w:sz w:val="17"/>
              </w:rPr>
              <w:t>包销机制</w:t>
            </w:r>
          </w:p>
        </w:tc>
        <w:tc>
          <w:tcPr>
            <w:tcW w:w="2160" w:type="dxa"/>
          </w:tcPr>
          <w:p w:rsidR="0069798C" w:rsidRDefault="005E3F30">
            <w:pPr>
              <w:jc w:val="center"/>
            </w:pPr>
            <w:r>
              <w:rPr>
                <w:sz w:val="17"/>
              </w:rPr>
              <w:t>对赌式包销</w:t>
            </w:r>
          </w:p>
        </w:tc>
        <w:tc>
          <w:tcPr>
            <w:tcW w:w="2160" w:type="dxa"/>
          </w:tcPr>
          <w:p w:rsidR="0069798C" w:rsidRDefault="005E3F30">
            <w:pPr>
              <w:jc w:val="center"/>
            </w:pPr>
            <w:r>
              <w:rPr>
                <w:sz w:val="17"/>
              </w:rPr>
              <w:t>包赚式包销</w:t>
            </w:r>
          </w:p>
        </w:tc>
        <w:tc>
          <w:tcPr>
            <w:tcW w:w="2160" w:type="dxa"/>
          </w:tcPr>
          <w:p w:rsidR="0069798C" w:rsidRDefault="005E3F30">
            <w:pPr>
              <w:jc w:val="center"/>
            </w:pPr>
            <w:r>
              <w:rPr>
                <w:sz w:val="17"/>
              </w:rPr>
              <w:t>定制式包销</w:t>
            </w:r>
          </w:p>
        </w:tc>
      </w:tr>
      <w:tr w:rsidR="0069798C">
        <w:trPr>
          <w:jc w:val="center"/>
        </w:trPr>
        <w:tc>
          <w:tcPr>
            <w:tcW w:w="2160" w:type="dxa"/>
          </w:tcPr>
          <w:p w:rsidR="0069798C" w:rsidRDefault="005E3F30">
            <w:pPr>
              <w:jc w:val="center"/>
            </w:pPr>
            <w:r>
              <w:rPr>
                <w:sz w:val="17"/>
              </w:rPr>
              <w:t>完成度赔付</w:t>
            </w:r>
          </w:p>
        </w:tc>
        <w:tc>
          <w:tcPr>
            <w:tcW w:w="2160" w:type="dxa"/>
          </w:tcPr>
          <w:p w:rsidR="0069798C" w:rsidRDefault="005E3F30">
            <w:pPr>
              <w:jc w:val="center"/>
            </w:pPr>
            <w:r>
              <w:rPr>
                <w:sz w:val="17"/>
              </w:rPr>
              <w:t>＜70% 阶梯赔付</w:t>
            </w:r>
            <w:r>
              <w:rPr>
                <w:sz w:val="17"/>
              </w:rPr>
              <w:br/>
              <w:t>（5%-25%）</w:t>
            </w:r>
          </w:p>
        </w:tc>
        <w:tc>
          <w:tcPr>
            <w:tcW w:w="2160" w:type="dxa"/>
          </w:tcPr>
          <w:p w:rsidR="0069798C" w:rsidRDefault="005E3F30">
            <w:pPr>
              <w:jc w:val="center"/>
            </w:pPr>
            <w:r>
              <w:rPr>
                <w:sz w:val="17"/>
              </w:rPr>
              <w:t>＜70%</w:t>
            </w:r>
            <w:r>
              <w:rPr>
                <w:sz w:val="17"/>
              </w:rPr>
              <w:br/>
              <w:t>全额退还保证金</w:t>
            </w:r>
          </w:p>
        </w:tc>
        <w:tc>
          <w:tcPr>
            <w:tcW w:w="2160" w:type="dxa"/>
          </w:tcPr>
          <w:p w:rsidR="0069798C" w:rsidRDefault="005E3F30">
            <w:pPr>
              <w:jc w:val="center"/>
            </w:pPr>
            <w:r>
              <w:rPr>
                <w:sz w:val="17"/>
              </w:rPr>
              <w:t>单独协商</w:t>
            </w:r>
          </w:p>
        </w:tc>
      </w:tr>
      <w:tr w:rsidR="0069798C">
        <w:trPr>
          <w:jc w:val="center"/>
        </w:trPr>
        <w:tc>
          <w:tcPr>
            <w:tcW w:w="2160" w:type="dxa"/>
          </w:tcPr>
          <w:p w:rsidR="0069798C" w:rsidRDefault="005E3F30">
            <w:pPr>
              <w:jc w:val="center"/>
            </w:pPr>
            <w:r>
              <w:rPr>
                <w:sz w:val="17"/>
              </w:rPr>
              <w:t>三授权赋能</w:t>
            </w:r>
          </w:p>
        </w:tc>
        <w:tc>
          <w:tcPr>
            <w:tcW w:w="2160" w:type="dxa"/>
          </w:tcPr>
          <w:p w:rsidR="0069798C" w:rsidRDefault="005E3F30">
            <w:pPr>
              <w:jc w:val="center"/>
            </w:pPr>
            <w:r>
              <w:rPr>
                <w:sz w:val="17"/>
              </w:rPr>
              <w:t>❌</w:t>
            </w:r>
          </w:p>
        </w:tc>
        <w:tc>
          <w:tcPr>
            <w:tcW w:w="2160" w:type="dxa"/>
          </w:tcPr>
          <w:p w:rsidR="0069798C" w:rsidRDefault="005E3F30">
            <w:pPr>
              <w:jc w:val="center"/>
            </w:pPr>
            <w:r>
              <w:rPr>
                <w:sz w:val="17"/>
              </w:rPr>
              <w:t>✅ C档级完整赋能</w:t>
            </w:r>
          </w:p>
        </w:tc>
        <w:tc>
          <w:tcPr>
            <w:tcW w:w="2160" w:type="dxa"/>
          </w:tcPr>
          <w:p w:rsidR="0069798C" w:rsidRDefault="005E3F30">
            <w:pPr>
              <w:jc w:val="center"/>
            </w:pPr>
            <w:r>
              <w:rPr>
                <w:sz w:val="17"/>
              </w:rPr>
              <w:t>✅ 完整</w:t>
            </w:r>
          </w:p>
        </w:tc>
      </w:tr>
      <w:tr w:rsidR="0069798C">
        <w:trPr>
          <w:jc w:val="center"/>
        </w:trPr>
        <w:tc>
          <w:tcPr>
            <w:tcW w:w="2160" w:type="dxa"/>
          </w:tcPr>
          <w:p w:rsidR="0069798C" w:rsidRDefault="005E3F30">
            <w:pPr>
              <w:jc w:val="center"/>
            </w:pPr>
            <w:r>
              <w:rPr>
                <w:sz w:val="17"/>
              </w:rPr>
              <w:t>渠道传承收入</w:t>
            </w:r>
          </w:p>
        </w:tc>
        <w:tc>
          <w:tcPr>
            <w:tcW w:w="2160" w:type="dxa"/>
          </w:tcPr>
          <w:p w:rsidR="0069798C" w:rsidRDefault="005E3F30">
            <w:pPr>
              <w:jc w:val="center"/>
            </w:pPr>
            <w:r>
              <w:rPr>
                <w:sz w:val="17"/>
              </w:rPr>
              <w:t>❌</w:t>
            </w:r>
          </w:p>
        </w:tc>
        <w:tc>
          <w:tcPr>
            <w:tcW w:w="2160" w:type="dxa"/>
          </w:tcPr>
          <w:p w:rsidR="0069798C" w:rsidRDefault="005E3F30">
            <w:pPr>
              <w:jc w:val="center"/>
            </w:pPr>
            <w:r>
              <w:rPr>
                <w:sz w:val="17"/>
              </w:rPr>
              <w:t>✅ 师徒制传承体系</w:t>
            </w:r>
          </w:p>
        </w:tc>
        <w:tc>
          <w:tcPr>
            <w:tcW w:w="2160" w:type="dxa"/>
          </w:tcPr>
          <w:p w:rsidR="0069798C" w:rsidRDefault="005E3F30">
            <w:pPr>
              <w:jc w:val="center"/>
            </w:pPr>
            <w:r>
              <w:rPr>
                <w:sz w:val="17"/>
              </w:rPr>
              <w:t>✅ 完整</w:t>
            </w:r>
          </w:p>
        </w:tc>
      </w:tr>
      <w:tr w:rsidR="0069798C">
        <w:trPr>
          <w:jc w:val="center"/>
        </w:trPr>
        <w:tc>
          <w:tcPr>
            <w:tcW w:w="2160" w:type="dxa"/>
          </w:tcPr>
          <w:p w:rsidR="0069798C" w:rsidRDefault="005E3F30">
            <w:pPr>
              <w:jc w:val="center"/>
            </w:pPr>
            <w:r>
              <w:rPr>
                <w:sz w:val="17"/>
              </w:rPr>
              <w:t>平台永久权益</w:t>
            </w:r>
          </w:p>
        </w:tc>
        <w:tc>
          <w:tcPr>
            <w:tcW w:w="2160" w:type="dxa"/>
          </w:tcPr>
          <w:p w:rsidR="0069798C" w:rsidRDefault="005E3F30">
            <w:pPr>
              <w:jc w:val="center"/>
            </w:pPr>
            <w:r>
              <w:rPr>
                <w:sz w:val="17"/>
              </w:rPr>
              <w:t>平台建成后自动转正</w:t>
            </w:r>
          </w:p>
        </w:tc>
        <w:tc>
          <w:tcPr>
            <w:tcW w:w="2160" w:type="dxa"/>
          </w:tcPr>
          <w:p w:rsidR="0069798C" w:rsidRDefault="005E3F30">
            <w:pPr>
              <w:jc w:val="center"/>
            </w:pPr>
            <w:r>
              <w:rPr>
                <w:sz w:val="17"/>
              </w:rPr>
              <w:t>✅ 前排第一桌</w:t>
            </w:r>
          </w:p>
        </w:tc>
        <w:tc>
          <w:tcPr>
            <w:tcW w:w="2160" w:type="dxa"/>
          </w:tcPr>
          <w:p w:rsidR="0069798C" w:rsidRDefault="005E3F30">
            <w:pPr>
              <w:jc w:val="center"/>
            </w:pPr>
            <w:r>
              <w:rPr>
                <w:sz w:val="17"/>
              </w:rPr>
              <w:t>✅ 最高权重</w:t>
            </w:r>
          </w:p>
        </w:tc>
      </w:tr>
      <w:tr w:rsidR="0069798C">
        <w:trPr>
          <w:jc w:val="center"/>
        </w:trPr>
        <w:tc>
          <w:tcPr>
            <w:tcW w:w="2160" w:type="dxa"/>
          </w:tcPr>
          <w:p w:rsidR="0069798C" w:rsidRDefault="005E3F30">
            <w:pPr>
              <w:jc w:val="center"/>
            </w:pPr>
            <w:r>
              <w:rPr>
                <w:sz w:val="17"/>
              </w:rPr>
              <w:t>一句话</w:t>
            </w:r>
          </w:p>
        </w:tc>
        <w:tc>
          <w:tcPr>
            <w:tcW w:w="2160" w:type="dxa"/>
          </w:tcPr>
          <w:p w:rsidR="0069798C" w:rsidRDefault="005E3F30">
            <w:pPr>
              <w:jc w:val="center"/>
              <w:rPr>
                <w:lang w:eastAsia="zh-CN"/>
              </w:rPr>
            </w:pPr>
            <w:r>
              <w:rPr>
                <w:sz w:val="17"/>
                <w:lang w:eastAsia="zh-CN"/>
              </w:rPr>
              <w:t>「你死磕产品</w:t>
            </w:r>
            <w:r>
              <w:rPr>
                <w:sz w:val="17"/>
                <w:lang w:eastAsia="zh-CN"/>
              </w:rPr>
              <w:br/>
              <w:t>我死磕销量」</w:t>
            </w:r>
          </w:p>
        </w:tc>
        <w:tc>
          <w:tcPr>
            <w:tcW w:w="2160" w:type="dxa"/>
          </w:tcPr>
          <w:p w:rsidR="0069798C" w:rsidRDefault="005E3F30">
            <w:pPr>
              <w:jc w:val="center"/>
              <w:rPr>
                <w:lang w:eastAsia="zh-CN"/>
              </w:rPr>
            </w:pPr>
            <w:r>
              <w:rPr>
                <w:sz w:val="17"/>
                <w:lang w:eastAsia="zh-CN"/>
              </w:rPr>
              <w:t>「你不赚钱</w:t>
            </w:r>
            <w:r>
              <w:rPr>
                <w:sz w:val="17"/>
                <w:lang w:eastAsia="zh-CN"/>
              </w:rPr>
              <w:br/>
              <w:t>我不收钱」</w:t>
            </w:r>
          </w:p>
        </w:tc>
        <w:tc>
          <w:tcPr>
            <w:tcW w:w="2160" w:type="dxa"/>
          </w:tcPr>
          <w:p w:rsidR="0069798C" w:rsidRDefault="005E3F30">
            <w:pPr>
              <w:jc w:val="center"/>
              <w:rPr>
                <w:lang w:eastAsia="zh-CN"/>
              </w:rPr>
            </w:pPr>
            <w:r>
              <w:rPr>
                <w:sz w:val="17"/>
                <w:lang w:eastAsia="zh-CN"/>
              </w:rPr>
              <w:t>「你已经是行业头部</w:t>
            </w:r>
            <w:r>
              <w:rPr>
                <w:sz w:val="17"/>
                <w:lang w:eastAsia="zh-CN"/>
              </w:rPr>
              <w:br/>
              <w:t>我帮你甩开身后所有人」</w:t>
            </w:r>
          </w:p>
        </w:tc>
      </w:tr>
    </w:tbl>
    <w:p w:rsidR="0069798C" w:rsidRDefault="005E3F30">
      <w:pPr>
        <w:jc w:val="center"/>
        <w:rPr>
          <w:lang w:eastAsia="zh-CN"/>
        </w:rPr>
      </w:pPr>
      <w:r>
        <w:rPr>
          <w:color w:val="888888"/>
          <w:sz w:val="18"/>
          <w:lang w:eastAsia="zh-CN"/>
        </w:rPr>
        <w:t>━━━━━━━━━━━━━━━━━━━━━━━━━━━━━━━━━━━━━━━━━━━━━━━━━━</w:t>
      </w:r>
    </w:p>
    <w:p w:rsidR="0069798C" w:rsidRDefault="005E3F30">
      <w:pPr>
        <w:rPr>
          <w:lang w:eastAsia="zh-CN"/>
        </w:rPr>
      </w:pPr>
      <w:r>
        <w:rPr>
          <w:b/>
          <w:color w:val="D4AF37"/>
          <w:sz w:val="26"/>
          <w:lang w:eastAsia="zh-CN"/>
        </w:rPr>
        <w:t>四、三秒对号入座</w:t>
      </w:r>
    </w:p>
    <w:p w:rsidR="0069798C" w:rsidRDefault="005E3F30">
      <w:pPr>
        <w:jc w:val="center"/>
        <w:rPr>
          <w:lang w:eastAsia="zh-CN"/>
        </w:rPr>
      </w:pPr>
      <w:r>
        <w:rPr>
          <w:color w:val="000000"/>
          <w:sz w:val="20"/>
          <w:lang w:eastAsia="zh-CN"/>
        </w:rPr>
        <w:t>不需要研究差异，只需要判断你的风险偏好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「我在行业前十，有野心登顶，但董事会需要看到确定性。我不能签一个'可能亏'的合作。」</w:t>
      </w:r>
    </w:p>
    <w:p w:rsidR="0069798C" w:rsidRDefault="005E3F30">
      <w:pPr>
        <w:jc w:val="right"/>
        <w:rPr>
          <w:lang w:eastAsia="zh-CN"/>
        </w:rPr>
      </w:pPr>
      <w:r>
        <w:rPr>
          <w:b/>
          <w:color w:val="D4AF37"/>
          <w:sz w:val="22"/>
          <w:lang w:eastAsia="zh-CN"/>
        </w:rPr>
        <w:t>→ 🥇 包销包赚对赌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「我信你的能力，也愿意承担部分风险。完不成你赔我一部分，完成了咱一起赚。」</w:t>
      </w:r>
    </w:p>
    <w:p w:rsidR="0069798C" w:rsidRDefault="005E3F30">
      <w:pPr>
        <w:jc w:val="right"/>
        <w:rPr>
          <w:lang w:eastAsia="zh-CN"/>
        </w:rPr>
      </w:pPr>
      <w:r>
        <w:rPr>
          <w:b/>
          <w:color w:val="888888"/>
          <w:sz w:val="22"/>
          <w:lang w:eastAsia="zh-CN"/>
        </w:rPr>
        <w:t>→ 🥈 包销对赌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「我</w:t>
      </w:r>
      <w:proofErr w:type="gramStart"/>
      <w:r>
        <w:rPr>
          <w:color w:val="000000"/>
          <w:lang w:eastAsia="zh-CN"/>
        </w:rPr>
        <w:t>离行业</w:t>
      </w:r>
      <w:proofErr w:type="gramEnd"/>
      <w:r>
        <w:rPr>
          <w:color w:val="000000"/>
          <w:lang w:eastAsia="zh-CN"/>
        </w:rPr>
        <w:t>第一只差临门一脚。我需要的是</w:t>
      </w:r>
      <w:proofErr w:type="gramStart"/>
      <w:r>
        <w:rPr>
          <w:color w:val="000000"/>
          <w:lang w:eastAsia="zh-CN"/>
        </w:rPr>
        <w:t>体系级</w:t>
      </w:r>
      <w:proofErr w:type="gramEnd"/>
      <w:r>
        <w:rPr>
          <w:color w:val="000000"/>
          <w:lang w:eastAsia="zh-CN"/>
        </w:rPr>
        <w:t>的护城河——让第二名永远追不上。」</w:t>
      </w:r>
      <w:bookmarkStart w:id="0" w:name="_GoBack"/>
      <w:bookmarkEnd w:id="0"/>
    </w:p>
    <w:p w:rsidR="0069798C" w:rsidRDefault="005E3F30">
      <w:pPr>
        <w:jc w:val="right"/>
        <w:rPr>
          <w:lang w:eastAsia="zh-CN"/>
        </w:rPr>
      </w:pPr>
      <w:r>
        <w:rPr>
          <w:b/>
          <w:color w:val="C41E3A"/>
          <w:sz w:val="22"/>
          <w:lang w:eastAsia="zh-CN"/>
        </w:rPr>
        <w:t>→ 🥉 行业独家定制</w:t>
      </w:r>
    </w:p>
    <w:p w:rsidR="0069798C" w:rsidRDefault="005E3F30">
      <w:pPr>
        <w:jc w:val="center"/>
        <w:rPr>
          <w:lang w:eastAsia="zh-CN"/>
        </w:rPr>
      </w:pPr>
      <w:r>
        <w:rPr>
          <w:color w:val="888888"/>
          <w:sz w:val="18"/>
          <w:lang w:eastAsia="zh-CN"/>
        </w:rPr>
        <w:t>━━━━━━━━━━━━━━━━━━━━━━━━━━━━━━━━━━━━━━━━━━━━━━━━━━</w:t>
      </w:r>
    </w:p>
    <w:p w:rsidR="0069798C" w:rsidRDefault="005E3F30">
      <w:pPr>
        <w:rPr>
          <w:lang w:eastAsia="zh-CN"/>
        </w:rPr>
      </w:pPr>
      <w:r>
        <w:rPr>
          <w:b/>
          <w:color w:val="D4AF37"/>
          <w:sz w:val="26"/>
          <w:lang w:eastAsia="zh-CN"/>
        </w:rPr>
        <w:t>五、三种灵活出资方式 · 1,000万门槛也能今天定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门槛1,000万起，但不是你一个人扛。三层出资体系覆盖全部资信层级，总有一种能让你今天就能定。</w:t>
      </w:r>
    </w:p>
    <w:p w:rsidR="0069798C" w:rsidRDefault="005E3F30">
      <w:pPr>
        <w:rPr>
          <w:lang w:eastAsia="zh-CN"/>
        </w:rPr>
      </w:pPr>
      <w:r>
        <w:rPr>
          <w:b/>
          <w:color w:val="000000"/>
          <w:sz w:val="22"/>
          <w:lang w:eastAsia="zh-CN"/>
        </w:rPr>
        <w:t>方式</w:t>
      </w:r>
      <w:proofErr w:type="gramStart"/>
      <w:r>
        <w:rPr>
          <w:b/>
          <w:color w:val="000000"/>
          <w:sz w:val="22"/>
          <w:lang w:eastAsia="zh-CN"/>
        </w:rPr>
        <w:t>一</w:t>
      </w:r>
      <w:proofErr w:type="gramEnd"/>
      <w:r>
        <w:rPr>
          <w:b/>
          <w:color w:val="000000"/>
          <w:sz w:val="22"/>
          <w:lang w:eastAsia="zh-CN"/>
        </w:rPr>
        <w:t xml:space="preserve"> · 厂家自我支付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厂家自有资金，直接打款，流程最简单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⚡ 当天签约 · 资金充裕的龙头厂家首选</w:t>
      </w:r>
    </w:p>
    <w:p w:rsidR="0069798C" w:rsidRDefault="005E3F30">
      <w:pPr>
        <w:rPr>
          <w:lang w:eastAsia="zh-CN"/>
        </w:rPr>
      </w:pPr>
      <w:r>
        <w:rPr>
          <w:b/>
          <w:color w:val="00C853"/>
          <w:sz w:val="22"/>
          <w:lang w:eastAsia="zh-CN"/>
        </w:rPr>
        <w:t xml:space="preserve">方式二 · 银行/保险等机构支付 ⭐ </w:t>
      </w:r>
      <w:proofErr w:type="gramStart"/>
      <w:r>
        <w:rPr>
          <w:b/>
          <w:color w:val="00C853"/>
          <w:sz w:val="22"/>
          <w:lang w:eastAsia="zh-CN"/>
        </w:rPr>
        <w:t>国卡集团</w:t>
      </w:r>
      <w:proofErr w:type="gramEnd"/>
      <w:r>
        <w:rPr>
          <w:b/>
          <w:color w:val="00C853"/>
          <w:sz w:val="22"/>
          <w:lang w:eastAsia="zh-CN"/>
        </w:rPr>
        <w:t>权威推荐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银行供应链贷款（资信优·</w:t>
      </w:r>
      <w:proofErr w:type="gramStart"/>
      <w:r>
        <w:rPr>
          <w:color w:val="000000"/>
          <w:lang w:eastAsia="zh-CN"/>
        </w:rPr>
        <w:t>年化</w:t>
      </w:r>
      <w:proofErr w:type="gramEnd"/>
      <w:r>
        <w:rPr>
          <w:color w:val="000000"/>
          <w:lang w:eastAsia="zh-CN"/>
        </w:rPr>
        <w:t>5%）或保险委托贷款（资信良·</w:t>
      </w:r>
      <w:proofErr w:type="gramStart"/>
      <w:r>
        <w:rPr>
          <w:color w:val="000000"/>
          <w:lang w:eastAsia="zh-CN"/>
        </w:rPr>
        <w:t>年化</w:t>
      </w:r>
      <w:proofErr w:type="gramEnd"/>
      <w:r>
        <w:rPr>
          <w:color w:val="000000"/>
          <w:lang w:eastAsia="zh-CN"/>
        </w:rPr>
        <w:t>8%）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lastRenderedPageBreak/>
        <w:t>⚡ 72小时匹配 · 差额返还厂家 · 政策合</w:t>
      </w:r>
      <w:proofErr w:type="gramStart"/>
      <w:r>
        <w:rPr>
          <w:color w:val="000000"/>
          <w:lang w:eastAsia="zh-CN"/>
        </w:rPr>
        <w:t>规</w:t>
      </w:r>
      <w:proofErr w:type="gramEnd"/>
      <w:r>
        <w:rPr>
          <w:color w:val="000000"/>
          <w:lang w:eastAsia="zh-CN"/>
        </w:rPr>
        <w:t xml:space="preserve"> · 国家金融体系背书</w:t>
      </w:r>
    </w:p>
    <w:p w:rsidR="0069798C" w:rsidRDefault="005E3F30">
      <w:pPr>
        <w:rPr>
          <w:lang w:eastAsia="zh-CN"/>
        </w:rPr>
      </w:pPr>
      <w:r>
        <w:rPr>
          <w:b/>
          <w:color w:val="000000"/>
          <w:sz w:val="22"/>
          <w:lang w:eastAsia="zh-CN"/>
        </w:rPr>
        <w:t>方式三 · 社会资金兜底支付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亲友/合伙人/老客户/供应商代付，</w:t>
      </w:r>
      <w:proofErr w:type="gramStart"/>
      <w:r>
        <w:rPr>
          <w:color w:val="000000"/>
          <w:lang w:eastAsia="zh-CN"/>
        </w:rPr>
        <w:t>或国卡推荐</w:t>
      </w:r>
      <w:proofErr w:type="gramEnd"/>
      <w:r>
        <w:rPr>
          <w:color w:val="000000"/>
          <w:lang w:eastAsia="zh-CN"/>
        </w:rPr>
        <w:t>社会资金方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⏱️ 24-48小时签约 · 信任链最短 · 兜底保障 · 一个都不漏</w:t>
      </w:r>
    </w:p>
    <w:p w:rsidR="0069798C" w:rsidRDefault="005E3F30">
      <w:pPr>
        <w:rPr>
          <w:lang w:eastAsia="zh-CN"/>
        </w:rPr>
      </w:pPr>
      <w:r>
        <w:rPr>
          <w:b/>
          <w:color w:val="00C853"/>
          <w:lang w:eastAsia="zh-CN"/>
        </w:rPr>
        <w:t>💡 为什么推荐方式二？银行/保险支付，权威背书+利润更高</w:t>
      </w:r>
    </w:p>
    <w:p w:rsidR="0069798C" w:rsidRDefault="005E3F30">
      <w:pPr>
        <w:rPr>
          <w:lang w:eastAsia="zh-CN"/>
        </w:rPr>
      </w:pPr>
      <w:proofErr w:type="gramStart"/>
      <w:r>
        <w:rPr>
          <w:color w:val="000000"/>
          <w:lang w:eastAsia="zh-CN"/>
        </w:rPr>
        <w:t>国卡三层</w:t>
      </w:r>
      <w:proofErr w:type="gramEnd"/>
      <w:r>
        <w:rPr>
          <w:color w:val="000000"/>
          <w:lang w:eastAsia="zh-CN"/>
        </w:rPr>
        <w:t>出资体系：资信越好，进入</w:t>
      </w:r>
      <w:proofErr w:type="gramStart"/>
      <w:r>
        <w:rPr>
          <w:color w:val="000000"/>
          <w:lang w:eastAsia="zh-CN"/>
        </w:rPr>
        <w:t>层级越</w:t>
      </w:r>
      <w:proofErr w:type="gramEnd"/>
      <w:r>
        <w:rPr>
          <w:color w:val="000000"/>
          <w:lang w:eastAsia="zh-CN"/>
        </w:rPr>
        <w:t>高，资金成本越低，差额返还越多，厂家利润越高。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银行</w:t>
      </w:r>
      <w:proofErr w:type="gramStart"/>
      <w:r>
        <w:rPr>
          <w:color w:val="000000"/>
          <w:lang w:eastAsia="zh-CN"/>
        </w:rPr>
        <w:t>层年化</w:t>
      </w:r>
      <w:proofErr w:type="gramEnd"/>
      <w:r>
        <w:rPr>
          <w:color w:val="000000"/>
          <w:lang w:eastAsia="zh-CN"/>
        </w:rPr>
        <w:t>5%（政策鼓励的供应链金融），保险</w:t>
      </w:r>
      <w:proofErr w:type="gramStart"/>
      <w:r>
        <w:rPr>
          <w:color w:val="000000"/>
          <w:lang w:eastAsia="zh-CN"/>
        </w:rPr>
        <w:t>层年化</w:t>
      </w:r>
      <w:proofErr w:type="gramEnd"/>
      <w:r>
        <w:rPr>
          <w:color w:val="000000"/>
          <w:lang w:eastAsia="zh-CN"/>
        </w:rPr>
        <w:t>8%（委托贷款合</w:t>
      </w:r>
      <w:proofErr w:type="gramStart"/>
      <w:r>
        <w:rPr>
          <w:color w:val="000000"/>
          <w:lang w:eastAsia="zh-CN"/>
        </w:rPr>
        <w:t>规</w:t>
      </w:r>
      <w:proofErr w:type="gramEnd"/>
      <w:r>
        <w:rPr>
          <w:color w:val="000000"/>
          <w:lang w:eastAsia="zh-CN"/>
        </w:rPr>
        <w:t>），差额全额返还厂家。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 xml:space="preserve">→ </w:t>
      </w:r>
      <w:proofErr w:type="gramStart"/>
      <w:r>
        <w:rPr>
          <w:color w:val="000000"/>
          <w:lang w:eastAsia="zh-CN"/>
        </w:rPr>
        <w:t>国卡评估</w:t>
      </w:r>
      <w:proofErr w:type="gramEnd"/>
      <w:r>
        <w:rPr>
          <w:color w:val="000000"/>
          <w:lang w:eastAsia="zh-CN"/>
        </w:rPr>
        <w:t>资信 → 匹配最优层级 → 机构受托支付 → 差额返还厂家 → 三方共赢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69798C">
        <w:trPr>
          <w:jc w:val="center"/>
        </w:trPr>
        <w:tc>
          <w:tcPr>
            <w:tcW w:w="1728" w:type="dxa"/>
          </w:tcPr>
          <w:p w:rsidR="0069798C" w:rsidRDefault="005E3F30">
            <w:pPr>
              <w:jc w:val="center"/>
            </w:pPr>
            <w:proofErr w:type="spellStart"/>
            <w:r>
              <w:rPr>
                <w:b/>
                <w:sz w:val="18"/>
              </w:rPr>
              <w:t>方式</w:t>
            </w:r>
            <w:proofErr w:type="spellEnd"/>
          </w:p>
        </w:tc>
        <w:tc>
          <w:tcPr>
            <w:tcW w:w="1728" w:type="dxa"/>
          </w:tcPr>
          <w:p w:rsidR="0069798C" w:rsidRDefault="005E3F30">
            <w:pPr>
              <w:jc w:val="center"/>
            </w:pPr>
            <w:r>
              <w:rPr>
                <w:b/>
                <w:sz w:val="18"/>
              </w:rPr>
              <w:t>出资来源</w:t>
            </w:r>
          </w:p>
        </w:tc>
        <w:tc>
          <w:tcPr>
            <w:tcW w:w="1728" w:type="dxa"/>
          </w:tcPr>
          <w:p w:rsidR="0069798C" w:rsidRDefault="005E3F30">
            <w:pPr>
              <w:jc w:val="center"/>
            </w:pPr>
            <w:r>
              <w:rPr>
                <w:b/>
                <w:sz w:val="18"/>
              </w:rPr>
              <w:t>资金成本</w:t>
            </w:r>
          </w:p>
        </w:tc>
        <w:tc>
          <w:tcPr>
            <w:tcW w:w="1728" w:type="dxa"/>
          </w:tcPr>
          <w:p w:rsidR="0069798C" w:rsidRDefault="005E3F30">
            <w:pPr>
              <w:jc w:val="center"/>
            </w:pPr>
            <w:r>
              <w:rPr>
                <w:b/>
                <w:sz w:val="18"/>
              </w:rPr>
              <w:t>签约速度</w:t>
            </w:r>
          </w:p>
        </w:tc>
        <w:tc>
          <w:tcPr>
            <w:tcW w:w="1728" w:type="dxa"/>
          </w:tcPr>
          <w:p w:rsidR="0069798C" w:rsidRDefault="005E3F30">
            <w:pPr>
              <w:jc w:val="center"/>
            </w:pPr>
            <w:r>
              <w:rPr>
                <w:b/>
                <w:sz w:val="18"/>
              </w:rPr>
              <w:t>推荐度</w:t>
            </w:r>
          </w:p>
        </w:tc>
      </w:tr>
      <w:tr w:rsidR="0069798C">
        <w:trPr>
          <w:jc w:val="center"/>
        </w:trPr>
        <w:tc>
          <w:tcPr>
            <w:tcW w:w="1728" w:type="dxa"/>
          </w:tcPr>
          <w:p w:rsidR="0069798C" w:rsidRDefault="005E3F30">
            <w:pPr>
              <w:jc w:val="center"/>
            </w:pPr>
            <w:r>
              <w:rPr>
                <w:sz w:val="18"/>
              </w:rPr>
              <w:t>方式一</w:t>
            </w:r>
          </w:p>
        </w:tc>
        <w:tc>
          <w:tcPr>
            <w:tcW w:w="1728" w:type="dxa"/>
          </w:tcPr>
          <w:p w:rsidR="0069798C" w:rsidRDefault="005E3F30">
            <w:pPr>
              <w:jc w:val="center"/>
            </w:pPr>
            <w:r>
              <w:rPr>
                <w:sz w:val="18"/>
              </w:rPr>
              <w:t>厂家自有资金</w:t>
            </w:r>
          </w:p>
        </w:tc>
        <w:tc>
          <w:tcPr>
            <w:tcW w:w="1728" w:type="dxa"/>
          </w:tcPr>
          <w:p w:rsidR="0069798C" w:rsidRDefault="005E3F30">
            <w:pPr>
              <w:jc w:val="center"/>
            </w:pPr>
            <w:r>
              <w:rPr>
                <w:sz w:val="18"/>
              </w:rPr>
              <w:t>—</w:t>
            </w:r>
          </w:p>
        </w:tc>
        <w:tc>
          <w:tcPr>
            <w:tcW w:w="1728" w:type="dxa"/>
          </w:tcPr>
          <w:p w:rsidR="0069798C" w:rsidRDefault="005E3F30">
            <w:pPr>
              <w:jc w:val="center"/>
            </w:pPr>
            <w:r>
              <w:rPr>
                <w:sz w:val="18"/>
              </w:rPr>
              <w:t>⚡ 当天</w:t>
            </w:r>
          </w:p>
        </w:tc>
        <w:tc>
          <w:tcPr>
            <w:tcW w:w="1728" w:type="dxa"/>
          </w:tcPr>
          <w:p w:rsidR="0069798C" w:rsidRDefault="005E3F30">
            <w:pPr>
              <w:jc w:val="center"/>
            </w:pPr>
            <w:r>
              <w:rPr>
                <w:sz w:val="18"/>
              </w:rPr>
              <w:t>★★★★☆</w:t>
            </w:r>
          </w:p>
        </w:tc>
      </w:tr>
      <w:tr w:rsidR="0069798C">
        <w:trPr>
          <w:jc w:val="center"/>
        </w:trPr>
        <w:tc>
          <w:tcPr>
            <w:tcW w:w="1728" w:type="dxa"/>
          </w:tcPr>
          <w:p w:rsidR="0069798C" w:rsidRDefault="005E3F30">
            <w:pPr>
              <w:jc w:val="center"/>
            </w:pPr>
            <w:r>
              <w:rPr>
                <w:sz w:val="18"/>
              </w:rPr>
              <w:t>方式二 ⭐</w:t>
            </w:r>
          </w:p>
        </w:tc>
        <w:tc>
          <w:tcPr>
            <w:tcW w:w="1728" w:type="dxa"/>
          </w:tcPr>
          <w:p w:rsidR="0069798C" w:rsidRDefault="005E3F30">
            <w:pPr>
              <w:jc w:val="center"/>
            </w:pPr>
            <w:r>
              <w:rPr>
                <w:sz w:val="18"/>
              </w:rPr>
              <w:t>银行/保险/商业机构</w:t>
            </w:r>
          </w:p>
        </w:tc>
        <w:tc>
          <w:tcPr>
            <w:tcW w:w="1728" w:type="dxa"/>
          </w:tcPr>
          <w:p w:rsidR="0069798C" w:rsidRDefault="005E3F30">
            <w:pPr>
              <w:jc w:val="center"/>
            </w:pPr>
            <w:r>
              <w:rPr>
                <w:sz w:val="18"/>
              </w:rPr>
              <w:t>年化5%-8%</w:t>
            </w:r>
          </w:p>
        </w:tc>
        <w:tc>
          <w:tcPr>
            <w:tcW w:w="1728" w:type="dxa"/>
          </w:tcPr>
          <w:p w:rsidR="0069798C" w:rsidRDefault="005E3F30">
            <w:pPr>
              <w:jc w:val="center"/>
            </w:pPr>
            <w:r>
              <w:rPr>
                <w:sz w:val="18"/>
              </w:rPr>
              <w:t>⚡ 72小时</w:t>
            </w:r>
          </w:p>
        </w:tc>
        <w:tc>
          <w:tcPr>
            <w:tcW w:w="1728" w:type="dxa"/>
          </w:tcPr>
          <w:p w:rsidR="0069798C" w:rsidRDefault="005E3F30">
            <w:pPr>
              <w:jc w:val="center"/>
            </w:pPr>
            <w:r>
              <w:rPr>
                <w:sz w:val="18"/>
              </w:rPr>
              <w:t>★★★★★</w:t>
            </w:r>
          </w:p>
        </w:tc>
      </w:tr>
      <w:tr w:rsidR="0069798C">
        <w:trPr>
          <w:jc w:val="center"/>
        </w:trPr>
        <w:tc>
          <w:tcPr>
            <w:tcW w:w="1728" w:type="dxa"/>
          </w:tcPr>
          <w:p w:rsidR="0069798C" w:rsidRDefault="005E3F30">
            <w:pPr>
              <w:jc w:val="center"/>
            </w:pPr>
            <w:r>
              <w:rPr>
                <w:sz w:val="18"/>
              </w:rPr>
              <w:t>方式三</w:t>
            </w:r>
          </w:p>
        </w:tc>
        <w:tc>
          <w:tcPr>
            <w:tcW w:w="1728" w:type="dxa"/>
          </w:tcPr>
          <w:p w:rsidR="0069798C" w:rsidRDefault="005E3F30">
            <w:pPr>
              <w:jc w:val="center"/>
            </w:pPr>
            <w:r>
              <w:rPr>
                <w:sz w:val="18"/>
              </w:rPr>
              <w:t>亲友/社会资金方</w:t>
            </w:r>
          </w:p>
        </w:tc>
        <w:tc>
          <w:tcPr>
            <w:tcW w:w="1728" w:type="dxa"/>
          </w:tcPr>
          <w:p w:rsidR="0069798C" w:rsidRDefault="005E3F30">
            <w:pPr>
              <w:jc w:val="center"/>
            </w:pPr>
            <w:r>
              <w:rPr>
                <w:sz w:val="18"/>
              </w:rPr>
              <w:t>固定违约金</w:t>
            </w:r>
          </w:p>
        </w:tc>
        <w:tc>
          <w:tcPr>
            <w:tcW w:w="1728" w:type="dxa"/>
          </w:tcPr>
          <w:p w:rsidR="0069798C" w:rsidRDefault="005E3F30">
            <w:pPr>
              <w:jc w:val="center"/>
            </w:pPr>
            <w:r>
              <w:rPr>
                <w:sz w:val="18"/>
              </w:rPr>
              <w:t>⚡ 24-48小时</w:t>
            </w:r>
          </w:p>
        </w:tc>
        <w:tc>
          <w:tcPr>
            <w:tcW w:w="1728" w:type="dxa"/>
          </w:tcPr>
          <w:p w:rsidR="0069798C" w:rsidRDefault="005E3F30">
            <w:pPr>
              <w:jc w:val="center"/>
            </w:pPr>
            <w:r>
              <w:rPr>
                <w:sz w:val="18"/>
              </w:rPr>
              <w:t>★★★★☆</w:t>
            </w:r>
          </w:p>
        </w:tc>
      </w:tr>
    </w:tbl>
    <w:p w:rsidR="0069798C" w:rsidRDefault="005E3F30">
      <w:pPr>
        <w:jc w:val="center"/>
      </w:pPr>
      <w:r>
        <w:rPr>
          <w:color w:val="888888"/>
          <w:sz w:val="18"/>
        </w:rPr>
        <w:t>━━━━━━━━━━━━━━━━━━━━━━━━━━━━━━━━━━━━━━━━━━━━━━━━━━</w:t>
      </w:r>
    </w:p>
    <w:p w:rsidR="0069798C" w:rsidRDefault="005E3F30">
      <w:r>
        <w:rPr>
          <w:b/>
          <w:color w:val="D4AF37"/>
          <w:sz w:val="26"/>
        </w:rPr>
        <w:t>六、两种结果，你都赢</w:t>
      </w:r>
    </w:p>
    <w:p w:rsidR="0069798C" w:rsidRDefault="005E3F30">
      <w:r>
        <w:rPr>
          <w:b/>
          <w:color w:val="00C853"/>
          <w:sz w:val="22"/>
        </w:rPr>
        <w:t>✅ 达成目标 → 你赚大钱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期满全额退还保证金 + 超额销售收益 + 行业龙头地位永久锁定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中华人民共和国图鉴社监制7字国名信用 + 全国亿万职工师徒制传承通道 + 第三代循环消费补贴闭环</w:t>
      </w:r>
    </w:p>
    <w:p w:rsidR="0069798C" w:rsidRDefault="005E3F30">
      <w:pPr>
        <w:rPr>
          <w:lang w:eastAsia="zh-CN"/>
        </w:rPr>
      </w:pPr>
      <w:r>
        <w:rPr>
          <w:b/>
          <w:color w:val="D4AF37"/>
          <w:sz w:val="22"/>
          <w:lang w:eastAsia="zh-CN"/>
        </w:rPr>
        <w:t>✅ 未达目标 → 你赚小钱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保证金全额退还 + 按完成度阶梯加赔现金（是银行同期利息的约6倍）</w:t>
      </w:r>
    </w:p>
    <w:p w:rsidR="0069798C" w:rsidRDefault="005E3F30">
      <w:pPr>
        <w:jc w:val="center"/>
        <w:rPr>
          <w:lang w:eastAsia="zh-CN"/>
        </w:rPr>
      </w:pPr>
      <w:r>
        <w:rPr>
          <w:b/>
          <w:color w:val="D4AF37"/>
          <w:sz w:val="24"/>
          <w:lang w:eastAsia="zh-CN"/>
        </w:rPr>
        <w:t>大钱是你赚。小钱是我赔。反正你不亏。</w:t>
      </w:r>
    </w:p>
    <w:p w:rsidR="0069798C" w:rsidRDefault="005E3F30">
      <w:pPr>
        <w:jc w:val="center"/>
        <w:rPr>
          <w:lang w:eastAsia="zh-CN"/>
        </w:rPr>
      </w:pPr>
      <w:r>
        <w:rPr>
          <w:color w:val="888888"/>
          <w:sz w:val="18"/>
          <w:lang w:eastAsia="zh-CN"/>
        </w:rPr>
        <w:t>━━━━━━━━━━━━━━━━━━━━━━━━━━━━━━━━━━━━━━━━━━━━━━━━━━</w:t>
      </w:r>
    </w:p>
    <w:p w:rsidR="0069798C" w:rsidRDefault="005E3F30">
      <w:pPr>
        <w:rPr>
          <w:lang w:eastAsia="zh-CN"/>
        </w:rPr>
      </w:pPr>
      <w:r>
        <w:rPr>
          <w:b/>
          <w:color w:val="D4AF37"/>
          <w:sz w:val="26"/>
          <w:lang w:eastAsia="zh-CN"/>
        </w:rPr>
        <w:t>七、对</w:t>
      </w:r>
      <w:proofErr w:type="gramStart"/>
      <w:r>
        <w:rPr>
          <w:b/>
          <w:color w:val="D4AF37"/>
          <w:sz w:val="26"/>
          <w:lang w:eastAsia="zh-CN"/>
        </w:rPr>
        <w:t>赌保障</w:t>
      </w:r>
      <w:proofErr w:type="gramEnd"/>
      <w:r>
        <w:rPr>
          <w:b/>
          <w:color w:val="D4AF37"/>
          <w:sz w:val="26"/>
          <w:lang w:eastAsia="zh-CN"/>
        </w:rPr>
        <w:t xml:space="preserve"> · 完成度阶梯赔付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写进合同。白纸黑字。达成期满全额退还保证金。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69798C">
        <w:trPr>
          <w:jc w:val="center"/>
        </w:trPr>
        <w:tc>
          <w:tcPr>
            <w:tcW w:w="2880" w:type="dxa"/>
          </w:tcPr>
          <w:p w:rsidR="0069798C" w:rsidRDefault="005E3F30">
            <w:pPr>
              <w:jc w:val="center"/>
            </w:pPr>
            <w:proofErr w:type="spellStart"/>
            <w:r>
              <w:rPr>
                <w:b/>
                <w:sz w:val="20"/>
              </w:rPr>
              <w:t>完成度</w:t>
            </w:r>
            <w:proofErr w:type="spellEnd"/>
          </w:p>
        </w:tc>
        <w:tc>
          <w:tcPr>
            <w:tcW w:w="2880" w:type="dxa"/>
          </w:tcPr>
          <w:p w:rsidR="0069798C" w:rsidRDefault="005E3F30">
            <w:pPr>
              <w:jc w:val="center"/>
            </w:pPr>
            <w:r>
              <w:rPr>
                <w:b/>
                <w:sz w:val="20"/>
              </w:rPr>
              <w:t>赔付比例</w:t>
            </w:r>
          </w:p>
        </w:tc>
        <w:tc>
          <w:tcPr>
            <w:tcW w:w="2880" w:type="dxa"/>
          </w:tcPr>
          <w:p w:rsidR="0069798C" w:rsidRDefault="005E3F30">
            <w:pPr>
              <w:jc w:val="center"/>
            </w:pPr>
            <w:r>
              <w:rPr>
                <w:b/>
                <w:sz w:val="20"/>
              </w:rPr>
              <w:t>你的结果</w:t>
            </w:r>
          </w:p>
        </w:tc>
      </w:tr>
      <w:tr w:rsidR="0069798C">
        <w:trPr>
          <w:jc w:val="center"/>
        </w:trPr>
        <w:tc>
          <w:tcPr>
            <w:tcW w:w="2880" w:type="dxa"/>
          </w:tcPr>
          <w:p w:rsidR="0069798C" w:rsidRDefault="005E3F30">
            <w:pPr>
              <w:jc w:val="center"/>
            </w:pPr>
            <w:r>
              <w:rPr>
                <w:sz w:val="19"/>
              </w:rPr>
              <w:t>＜30%</w:t>
            </w:r>
          </w:p>
        </w:tc>
        <w:tc>
          <w:tcPr>
            <w:tcW w:w="2880" w:type="dxa"/>
          </w:tcPr>
          <w:p w:rsidR="0069798C" w:rsidRDefault="005E3F30">
            <w:pPr>
              <w:jc w:val="center"/>
            </w:pPr>
            <w:r>
              <w:rPr>
                <w:sz w:val="19"/>
              </w:rPr>
              <w:t>加赔 25%</w:t>
            </w:r>
          </w:p>
        </w:tc>
        <w:tc>
          <w:tcPr>
            <w:tcW w:w="2880" w:type="dxa"/>
          </w:tcPr>
          <w:p w:rsidR="0069798C" w:rsidRDefault="005E3F30">
            <w:pPr>
              <w:jc w:val="center"/>
              <w:rPr>
                <w:lang w:eastAsia="zh-CN"/>
              </w:rPr>
            </w:pPr>
            <w:r>
              <w:rPr>
                <w:sz w:val="19"/>
                <w:lang w:eastAsia="zh-CN"/>
              </w:rPr>
              <w:t>退保证金 + 25%赔付，是银行同期利息的约6倍</w:t>
            </w:r>
          </w:p>
        </w:tc>
      </w:tr>
      <w:tr w:rsidR="0069798C">
        <w:trPr>
          <w:jc w:val="center"/>
        </w:trPr>
        <w:tc>
          <w:tcPr>
            <w:tcW w:w="2880" w:type="dxa"/>
          </w:tcPr>
          <w:p w:rsidR="0069798C" w:rsidRDefault="005E3F30">
            <w:pPr>
              <w:jc w:val="center"/>
            </w:pPr>
            <w:r>
              <w:rPr>
                <w:sz w:val="19"/>
              </w:rPr>
              <w:lastRenderedPageBreak/>
              <w:t>30%-50%</w:t>
            </w:r>
          </w:p>
        </w:tc>
        <w:tc>
          <w:tcPr>
            <w:tcW w:w="2880" w:type="dxa"/>
          </w:tcPr>
          <w:p w:rsidR="0069798C" w:rsidRDefault="005E3F30">
            <w:pPr>
              <w:jc w:val="center"/>
            </w:pPr>
            <w:r>
              <w:rPr>
                <w:sz w:val="19"/>
              </w:rPr>
              <w:t>加赔 20%</w:t>
            </w:r>
          </w:p>
        </w:tc>
        <w:tc>
          <w:tcPr>
            <w:tcW w:w="2880" w:type="dxa"/>
          </w:tcPr>
          <w:p w:rsidR="0069798C" w:rsidRDefault="005E3F30">
            <w:pPr>
              <w:jc w:val="center"/>
              <w:rPr>
                <w:lang w:eastAsia="zh-CN"/>
              </w:rPr>
            </w:pPr>
            <w:r>
              <w:rPr>
                <w:sz w:val="19"/>
                <w:lang w:eastAsia="zh-CN"/>
              </w:rPr>
              <w:t>越接近达标，赔付越轻</w:t>
            </w:r>
          </w:p>
        </w:tc>
      </w:tr>
      <w:tr w:rsidR="0069798C">
        <w:trPr>
          <w:jc w:val="center"/>
        </w:trPr>
        <w:tc>
          <w:tcPr>
            <w:tcW w:w="2880" w:type="dxa"/>
          </w:tcPr>
          <w:p w:rsidR="0069798C" w:rsidRDefault="005E3F30">
            <w:pPr>
              <w:jc w:val="center"/>
            </w:pPr>
            <w:r>
              <w:rPr>
                <w:sz w:val="19"/>
              </w:rPr>
              <w:t>50%-70%</w:t>
            </w:r>
          </w:p>
        </w:tc>
        <w:tc>
          <w:tcPr>
            <w:tcW w:w="2880" w:type="dxa"/>
          </w:tcPr>
          <w:p w:rsidR="0069798C" w:rsidRDefault="005E3F30">
            <w:pPr>
              <w:jc w:val="center"/>
            </w:pPr>
            <w:r>
              <w:rPr>
                <w:sz w:val="19"/>
              </w:rPr>
              <w:t>加赔 10%</w:t>
            </w:r>
          </w:p>
        </w:tc>
        <w:tc>
          <w:tcPr>
            <w:tcW w:w="2880" w:type="dxa"/>
          </w:tcPr>
          <w:p w:rsidR="0069798C" w:rsidRDefault="005E3F30">
            <w:pPr>
              <w:jc w:val="center"/>
            </w:pPr>
            <w:r>
              <w:rPr>
                <w:sz w:val="19"/>
              </w:rPr>
              <w:t>接近满额，保障最轻</w:t>
            </w:r>
          </w:p>
        </w:tc>
      </w:tr>
      <w:tr w:rsidR="0069798C">
        <w:trPr>
          <w:jc w:val="center"/>
        </w:trPr>
        <w:tc>
          <w:tcPr>
            <w:tcW w:w="2880" w:type="dxa"/>
          </w:tcPr>
          <w:p w:rsidR="0069798C" w:rsidRDefault="005E3F30">
            <w:pPr>
              <w:jc w:val="center"/>
            </w:pPr>
            <w:r>
              <w:rPr>
                <w:sz w:val="19"/>
              </w:rPr>
              <w:t>≥70%</w:t>
            </w:r>
          </w:p>
        </w:tc>
        <w:tc>
          <w:tcPr>
            <w:tcW w:w="2880" w:type="dxa"/>
          </w:tcPr>
          <w:p w:rsidR="0069798C" w:rsidRDefault="005E3F30">
            <w:pPr>
              <w:jc w:val="center"/>
            </w:pPr>
            <w:r>
              <w:rPr>
                <w:sz w:val="19"/>
              </w:rPr>
              <w:t>加赔 5%</w:t>
            </w:r>
          </w:p>
        </w:tc>
        <w:tc>
          <w:tcPr>
            <w:tcW w:w="2880" w:type="dxa"/>
          </w:tcPr>
          <w:p w:rsidR="0069798C" w:rsidRDefault="005E3F30">
            <w:pPr>
              <w:jc w:val="center"/>
              <w:rPr>
                <w:lang w:eastAsia="zh-CN"/>
              </w:rPr>
            </w:pPr>
            <w:r>
              <w:rPr>
                <w:sz w:val="19"/>
                <w:lang w:eastAsia="zh-CN"/>
              </w:rPr>
              <w:t>接近满额，仅象征性赔付</w:t>
            </w:r>
          </w:p>
        </w:tc>
      </w:tr>
    </w:tbl>
    <w:p w:rsidR="0069798C" w:rsidRDefault="005E3F30">
      <w:pPr>
        <w:jc w:val="center"/>
        <w:rPr>
          <w:lang w:eastAsia="zh-CN"/>
        </w:rPr>
      </w:pPr>
      <w:r>
        <w:rPr>
          <w:color w:val="000000"/>
          <w:sz w:val="18"/>
          <w:lang w:eastAsia="zh-CN"/>
        </w:rPr>
        <w:t>具体按完成度阶梯赔付，写入合同 · 达成期满全额退还保证金</w:t>
      </w:r>
    </w:p>
    <w:p w:rsidR="0069798C" w:rsidRDefault="005E3F30">
      <w:pPr>
        <w:jc w:val="center"/>
        <w:rPr>
          <w:lang w:eastAsia="zh-CN"/>
        </w:rPr>
      </w:pPr>
      <w:r>
        <w:rPr>
          <w:color w:val="888888"/>
          <w:sz w:val="18"/>
          <w:lang w:eastAsia="zh-CN"/>
        </w:rPr>
        <w:t>━━━━━━━━━━━━━━━━━━━━━━━━━━━━━━━━━━━━━━━━━━━━━━━━━━</w:t>
      </w:r>
    </w:p>
    <w:p w:rsidR="0069798C" w:rsidRDefault="005E3F30">
      <w:pPr>
        <w:rPr>
          <w:lang w:eastAsia="zh-CN"/>
        </w:rPr>
      </w:pPr>
      <w:r>
        <w:rPr>
          <w:b/>
          <w:color w:val="D4AF37"/>
          <w:sz w:val="26"/>
          <w:lang w:eastAsia="zh-CN"/>
        </w:rPr>
        <w:t>八、中图社监制 · 你得到什么</w:t>
      </w:r>
    </w:p>
    <w:p w:rsidR="0069798C" w:rsidRDefault="005E3F30">
      <w:pPr>
        <w:rPr>
          <w:lang w:eastAsia="zh-CN"/>
        </w:rPr>
      </w:pPr>
      <w:r>
        <w:rPr>
          <w:b/>
          <w:color w:val="000000"/>
          <w:lang w:eastAsia="zh-CN"/>
        </w:rPr>
        <w:t>🇨🇳 国家名片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"中华人民共和国图鉴社监制"印上产品——前无古人，后无来者</w:t>
      </w:r>
    </w:p>
    <w:p w:rsidR="0069798C" w:rsidRDefault="005E3F30">
      <w:pPr>
        <w:rPr>
          <w:lang w:eastAsia="zh-CN"/>
        </w:rPr>
      </w:pPr>
      <w:r>
        <w:rPr>
          <w:b/>
          <w:color w:val="000000"/>
          <w:lang w:eastAsia="zh-CN"/>
        </w:rPr>
        <w:t>📈 溢价500%+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从"普通商品"升级为"国礼级信用商品 · 身份象征"</w:t>
      </w:r>
    </w:p>
    <w:p w:rsidR="0069798C" w:rsidRDefault="005E3F30">
      <w:pPr>
        <w:rPr>
          <w:lang w:eastAsia="zh-CN"/>
        </w:rPr>
      </w:pPr>
      <w:r>
        <w:rPr>
          <w:b/>
          <w:color w:val="000000"/>
          <w:lang w:eastAsia="zh-CN"/>
        </w:rPr>
        <w:t>👥 渠道独占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全国亿万职工师徒制传承通道优先推你的货</w:t>
      </w:r>
    </w:p>
    <w:p w:rsidR="0069798C" w:rsidRDefault="005E3F30">
      <w:pPr>
        <w:rPr>
          <w:lang w:eastAsia="zh-CN"/>
        </w:rPr>
      </w:pPr>
      <w:r>
        <w:rPr>
          <w:b/>
          <w:color w:val="000000"/>
          <w:lang w:eastAsia="zh-CN"/>
        </w:rPr>
        <w:t>🏆 行业封神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每行业仅1-2家（首签者可约定行业独家），签完即是行业龙头</w:t>
      </w:r>
    </w:p>
    <w:p w:rsidR="0069798C" w:rsidRDefault="005E3F30">
      <w:pPr>
        <w:rPr>
          <w:lang w:eastAsia="zh-CN"/>
        </w:rPr>
      </w:pPr>
      <w:r>
        <w:rPr>
          <w:b/>
          <w:color w:val="000000"/>
          <w:lang w:eastAsia="zh-CN"/>
        </w:rPr>
        <w:t>🔒 龙头锁定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竞争对手无法获得同等背书——</w:t>
      </w:r>
      <w:proofErr w:type="gramStart"/>
      <w:r>
        <w:rPr>
          <w:color w:val="000000"/>
          <w:lang w:eastAsia="zh-CN"/>
        </w:rPr>
        <w:t>全门已关</w:t>
      </w:r>
      <w:proofErr w:type="gramEnd"/>
    </w:p>
    <w:p w:rsidR="0069798C" w:rsidRDefault="005E3F30">
      <w:pPr>
        <w:rPr>
          <w:lang w:eastAsia="zh-CN"/>
        </w:rPr>
      </w:pPr>
      <w:r>
        <w:rPr>
          <w:b/>
          <w:color w:val="000000"/>
          <w:lang w:eastAsia="zh-CN"/>
        </w:rPr>
        <w:t>🏗️ 平台永久权益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平台建成后自动转为最高权重分销伙伴，</w:t>
      </w:r>
      <w:proofErr w:type="gramStart"/>
      <w:r>
        <w:rPr>
          <w:color w:val="000000"/>
          <w:lang w:eastAsia="zh-CN"/>
        </w:rPr>
        <w:t>龙头级</w:t>
      </w:r>
      <w:proofErr w:type="gramEnd"/>
      <w:r>
        <w:rPr>
          <w:color w:val="000000"/>
          <w:lang w:eastAsia="zh-CN"/>
        </w:rPr>
        <w:t>分润，不再单独签包销协议</w:t>
      </w:r>
    </w:p>
    <w:p w:rsidR="0069798C" w:rsidRDefault="005E3F30">
      <w:pPr>
        <w:jc w:val="center"/>
        <w:rPr>
          <w:lang w:eastAsia="zh-CN"/>
        </w:rPr>
      </w:pPr>
      <w:r>
        <w:rPr>
          <w:color w:val="888888"/>
          <w:sz w:val="18"/>
          <w:lang w:eastAsia="zh-CN"/>
        </w:rPr>
        <w:t>━━━━━━━━━━━━━━━━━━━━━━━━━━━━━━━━━━━━━━━━━━━━━━━━━━</w:t>
      </w:r>
    </w:p>
    <w:p w:rsidR="0069798C" w:rsidRDefault="005E3F30">
      <w:pPr>
        <w:rPr>
          <w:lang w:eastAsia="zh-CN"/>
        </w:rPr>
      </w:pPr>
      <w:r>
        <w:rPr>
          <w:b/>
          <w:color w:val="D4AF37"/>
          <w:sz w:val="26"/>
          <w:lang w:eastAsia="zh-CN"/>
        </w:rPr>
        <w:t>九、你的位置</w:t>
      </w:r>
    </w:p>
    <w:p w:rsidR="0069798C" w:rsidRDefault="005E3F30">
      <w:pPr>
        <w:jc w:val="center"/>
        <w:rPr>
          <w:lang w:eastAsia="zh-CN"/>
        </w:rPr>
      </w:pPr>
      <w:r>
        <w:rPr>
          <w:b/>
          <w:color w:val="D4AF37"/>
          <w:sz w:val="22"/>
          <w:lang w:eastAsia="zh-CN"/>
        </w:rPr>
        <w:t>🏛️ 中华人民共和国图鉴社监制</w:t>
      </w:r>
    </w:p>
    <w:p w:rsidR="0069798C" w:rsidRDefault="005E3F30">
      <w:pPr>
        <w:jc w:val="center"/>
        <w:rPr>
          <w:lang w:eastAsia="zh-CN"/>
        </w:rPr>
      </w:pPr>
      <w:r>
        <w:rPr>
          <w:b/>
          <w:color w:val="000000"/>
          <w:sz w:val="22"/>
          <w:lang w:eastAsia="zh-CN"/>
        </w:rPr>
        <w:t>👑 行业登顶（你） ← 每行业仅1-2家（首签者可约定行业独家） · 定向邀请</w:t>
      </w:r>
    </w:p>
    <w:p w:rsidR="0069798C" w:rsidRDefault="005E3F30">
      <w:pPr>
        <w:jc w:val="center"/>
        <w:rPr>
          <w:lang w:eastAsia="zh-CN"/>
        </w:rPr>
      </w:pPr>
      <w:r>
        <w:rPr>
          <w:color w:val="000000"/>
          <w:sz w:val="20"/>
          <w:lang w:eastAsia="zh-CN"/>
        </w:rPr>
        <w:t>🛡️ 行业守门人（30余家发起单位） ← 10年期三授权 · 1亿/行业起</w:t>
      </w:r>
    </w:p>
    <w:p w:rsidR="0069798C" w:rsidRDefault="005E3F30">
      <w:pPr>
        <w:jc w:val="center"/>
        <w:rPr>
          <w:lang w:eastAsia="zh-CN"/>
        </w:rPr>
      </w:pPr>
      <w:r>
        <w:rPr>
          <w:color w:val="000000"/>
          <w:sz w:val="20"/>
          <w:lang w:eastAsia="zh-CN"/>
        </w:rPr>
        <w:t xml:space="preserve">🏢 </w:t>
      </w:r>
      <w:proofErr w:type="gramStart"/>
      <w:r>
        <w:rPr>
          <w:color w:val="000000"/>
          <w:sz w:val="20"/>
          <w:lang w:eastAsia="zh-CN"/>
        </w:rPr>
        <w:t>国卡集团</w:t>
      </w:r>
      <w:proofErr w:type="gramEnd"/>
      <w:r>
        <w:rPr>
          <w:color w:val="000000"/>
          <w:sz w:val="20"/>
          <w:lang w:eastAsia="zh-CN"/>
        </w:rPr>
        <w:t>（直授） ← 19.8年域名信任底座</w:t>
      </w:r>
    </w:p>
    <w:p w:rsidR="0069798C" w:rsidRDefault="005E3F30">
      <w:pPr>
        <w:jc w:val="center"/>
        <w:rPr>
          <w:lang w:eastAsia="zh-CN"/>
        </w:rPr>
      </w:pPr>
      <w:r>
        <w:rPr>
          <w:b/>
          <w:color w:val="D4AF37"/>
          <w:sz w:val="22"/>
          <w:lang w:eastAsia="zh-CN"/>
        </w:rPr>
        <w:t>你的位置是前排第一桌，不是后排加座。</w:t>
      </w:r>
    </w:p>
    <w:p w:rsidR="0069798C" w:rsidRDefault="005E3F30">
      <w:pPr>
        <w:jc w:val="center"/>
        <w:rPr>
          <w:lang w:eastAsia="zh-CN"/>
        </w:rPr>
      </w:pPr>
      <w:r>
        <w:rPr>
          <w:color w:val="888888"/>
          <w:sz w:val="18"/>
          <w:lang w:eastAsia="zh-CN"/>
        </w:rPr>
        <w:t>━━━━━━━━━━━━━━━━━━━━━━━━━━━━━━━━━━━━━━━━━━━━━━━━━━</w:t>
      </w:r>
    </w:p>
    <w:p w:rsidR="0069798C" w:rsidRDefault="005E3F30">
      <w:pPr>
        <w:rPr>
          <w:lang w:eastAsia="zh-CN"/>
        </w:rPr>
      </w:pPr>
      <w:r>
        <w:rPr>
          <w:b/>
          <w:color w:val="D4AF37"/>
          <w:sz w:val="26"/>
          <w:lang w:eastAsia="zh-CN"/>
        </w:rPr>
        <w:lastRenderedPageBreak/>
        <w:t>十、准入资格自测（中图社监制定向邀请通道）</w:t>
      </w:r>
    </w:p>
    <w:p w:rsidR="0069798C" w:rsidRDefault="005E3F30">
      <w:pPr>
        <w:rPr>
          <w:lang w:eastAsia="zh-CN"/>
        </w:rPr>
      </w:pPr>
      <w:r>
        <w:rPr>
          <w:b/>
          <w:color w:val="000000"/>
          <w:lang w:eastAsia="zh-CN"/>
        </w:rPr>
        <w:t>① 你的企业，是否处于行业头部阵营，渴望登顶行业龙头？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行业前10、有野心登顶的企业，是中图社监制最精准的服务对象。守门人定向邀请，不是申请制。</w:t>
      </w:r>
    </w:p>
    <w:p w:rsidR="0069798C" w:rsidRDefault="005E3F30">
      <w:pPr>
        <w:rPr>
          <w:lang w:eastAsia="zh-CN"/>
        </w:rPr>
      </w:pPr>
      <w:r>
        <w:rPr>
          <w:b/>
          <w:color w:val="000000"/>
          <w:lang w:eastAsia="zh-CN"/>
        </w:rPr>
        <w:t>② 你是否愿意把市场拓展预算以战略合作保证金形式注入，由守门人包销达成？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你把销售目标给我，我用"中华人民共和国"7字国名+全国亿万职工师徒制传承通道+第三代循环消费补贴，把你的产品卖得飞起。</w:t>
      </w:r>
    </w:p>
    <w:p w:rsidR="0069798C" w:rsidRDefault="005E3F30">
      <w:pPr>
        <w:rPr>
          <w:lang w:eastAsia="zh-CN"/>
        </w:rPr>
      </w:pPr>
      <w:r>
        <w:rPr>
          <w:b/>
          <w:color w:val="000000"/>
          <w:lang w:eastAsia="zh-CN"/>
        </w:rPr>
        <w:t>③ 你是否接受1,000万起上不封顶的门槛，根据行业协商（1亿+15亿亦可）？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这不是标准化产品，是守门人根据你的行业地位、市场规模、品牌势能一对一谈判。</w:t>
      </w:r>
    </w:p>
    <w:p w:rsidR="0069798C" w:rsidRDefault="005E3F30">
      <w:pPr>
        <w:jc w:val="center"/>
        <w:rPr>
          <w:lang w:eastAsia="zh-CN"/>
        </w:rPr>
      </w:pPr>
      <w:proofErr w:type="gramStart"/>
      <w:r>
        <w:rPr>
          <w:b/>
          <w:color w:val="D4AF37"/>
          <w:sz w:val="22"/>
          <w:lang w:eastAsia="zh-CN"/>
        </w:rPr>
        <w:t>三题皆</w:t>
      </w:r>
      <w:proofErr w:type="gramEnd"/>
      <w:r>
        <w:rPr>
          <w:b/>
          <w:color w:val="D4AF37"/>
          <w:sz w:val="22"/>
          <w:lang w:eastAsia="zh-CN"/>
        </w:rPr>
        <w:t>YES → 守门人正在评估。不是申请就能过，是守门人觉得你合适才会邀请你谈。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如果你的企业暂未达到行业头部，建议先走开创计划通道（5/10/30万·不限量），合作满一年且品质稳定，自动进入中图社监制评估序列。</w:t>
      </w:r>
    </w:p>
    <w:p w:rsidR="0069798C" w:rsidRDefault="005E3F30">
      <w:pPr>
        <w:jc w:val="center"/>
        <w:rPr>
          <w:lang w:eastAsia="zh-CN"/>
        </w:rPr>
      </w:pPr>
      <w:r>
        <w:rPr>
          <w:color w:val="888888"/>
          <w:sz w:val="18"/>
          <w:lang w:eastAsia="zh-CN"/>
        </w:rPr>
        <w:t>━━━━━━━━━━━━━━━━━━━━━━━━━━━━━━━━━━━━━━━━━━━━━━━━━━</w:t>
      </w:r>
    </w:p>
    <w:p w:rsidR="0069798C" w:rsidRDefault="005E3F30">
      <w:pPr>
        <w:rPr>
          <w:lang w:eastAsia="zh-CN"/>
        </w:rPr>
      </w:pPr>
      <w:r>
        <w:rPr>
          <w:b/>
          <w:color w:val="D4AF37"/>
          <w:sz w:val="26"/>
          <w:lang w:eastAsia="zh-CN"/>
        </w:rPr>
        <w:t>十一、APEC时间线 · 卡位窗口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69798C">
        <w:trPr>
          <w:jc w:val="center"/>
        </w:trPr>
        <w:tc>
          <w:tcPr>
            <w:tcW w:w="2160" w:type="dxa"/>
          </w:tcPr>
          <w:p w:rsidR="0069798C" w:rsidRDefault="005E3F30">
            <w:pPr>
              <w:jc w:val="center"/>
            </w:pPr>
            <w:r>
              <w:rPr>
                <w:b/>
                <w:sz w:val="20"/>
              </w:rPr>
              <w:t>现在-7.30</w:t>
            </w:r>
          </w:p>
        </w:tc>
        <w:tc>
          <w:tcPr>
            <w:tcW w:w="2160" w:type="dxa"/>
          </w:tcPr>
          <w:p w:rsidR="0069798C" w:rsidRDefault="005E3F30">
            <w:pPr>
              <w:jc w:val="center"/>
            </w:pPr>
            <w:r>
              <w:rPr>
                <w:b/>
                <w:sz w:val="20"/>
              </w:rPr>
              <w:t>7.31-8.30</w:t>
            </w:r>
          </w:p>
        </w:tc>
        <w:tc>
          <w:tcPr>
            <w:tcW w:w="2160" w:type="dxa"/>
          </w:tcPr>
          <w:p w:rsidR="0069798C" w:rsidRDefault="005E3F30">
            <w:pPr>
              <w:jc w:val="center"/>
            </w:pPr>
            <w:r>
              <w:rPr>
                <w:b/>
                <w:sz w:val="20"/>
              </w:rPr>
              <w:t>8.31-10.1</w:t>
            </w:r>
          </w:p>
        </w:tc>
        <w:tc>
          <w:tcPr>
            <w:tcW w:w="2160" w:type="dxa"/>
          </w:tcPr>
          <w:p w:rsidR="0069798C" w:rsidRDefault="005E3F30">
            <w:pPr>
              <w:jc w:val="center"/>
            </w:pPr>
            <w:r>
              <w:rPr>
                <w:b/>
                <w:sz w:val="20"/>
              </w:rPr>
              <w:t>11月</w:t>
            </w:r>
          </w:p>
        </w:tc>
      </w:tr>
      <w:tr w:rsidR="0069798C">
        <w:trPr>
          <w:jc w:val="center"/>
        </w:trPr>
        <w:tc>
          <w:tcPr>
            <w:tcW w:w="2160" w:type="dxa"/>
          </w:tcPr>
          <w:p w:rsidR="0069798C" w:rsidRDefault="005E3F30">
            <w:pPr>
              <w:jc w:val="center"/>
            </w:pPr>
            <w:r>
              <w:rPr>
                <w:sz w:val="20"/>
              </w:rPr>
              <w:t>中图社评估期</w:t>
            </w:r>
          </w:p>
        </w:tc>
        <w:tc>
          <w:tcPr>
            <w:tcW w:w="2160" w:type="dxa"/>
          </w:tcPr>
          <w:p w:rsidR="0069798C" w:rsidRDefault="005E3F30">
            <w:pPr>
              <w:jc w:val="center"/>
            </w:pPr>
            <w:r>
              <w:rPr>
                <w:sz w:val="20"/>
              </w:rPr>
              <w:t>定向邀请签约</w:t>
            </w:r>
          </w:p>
        </w:tc>
        <w:tc>
          <w:tcPr>
            <w:tcW w:w="2160" w:type="dxa"/>
          </w:tcPr>
          <w:p w:rsidR="0069798C" w:rsidRDefault="005E3F30">
            <w:pPr>
              <w:jc w:val="center"/>
            </w:pPr>
            <w:r>
              <w:rPr>
                <w:sz w:val="20"/>
              </w:rPr>
              <w:t>品牌升级落地</w:t>
            </w:r>
          </w:p>
        </w:tc>
        <w:tc>
          <w:tcPr>
            <w:tcW w:w="2160" w:type="dxa"/>
          </w:tcPr>
          <w:p w:rsidR="0069798C" w:rsidRDefault="005E3F30">
            <w:pPr>
              <w:jc w:val="center"/>
            </w:pPr>
            <w:r>
              <w:rPr>
                <w:sz w:val="20"/>
              </w:rPr>
              <w:t>APEC全球引爆 🚀</w:t>
            </w:r>
          </w:p>
        </w:tc>
      </w:tr>
    </w:tbl>
    <w:p w:rsidR="0069798C" w:rsidRDefault="005E3F30">
      <w:pPr>
        <w:jc w:val="center"/>
        <w:rPr>
          <w:lang w:eastAsia="zh-CN"/>
        </w:rPr>
      </w:pPr>
      <w:r>
        <w:rPr>
          <w:b/>
          <w:color w:val="FF6B35"/>
          <w:lang w:eastAsia="zh-CN"/>
        </w:rPr>
        <w:t>APEC全球引爆前，中图社监制企业已完成品牌升级。APEC后，你的竞争对手才反应过来——但每行业仅1-2席已封。</w:t>
      </w:r>
    </w:p>
    <w:p w:rsidR="0069798C" w:rsidRDefault="005E3F30">
      <w:pPr>
        <w:jc w:val="center"/>
        <w:rPr>
          <w:lang w:eastAsia="zh-CN"/>
        </w:rPr>
      </w:pPr>
      <w:r>
        <w:rPr>
          <w:color w:val="888888"/>
          <w:sz w:val="18"/>
          <w:lang w:eastAsia="zh-CN"/>
        </w:rPr>
        <w:t>━━━━━━━━━━━━━━━━━━━━━━━━━━━━━━━━━━━━━━━━━━━━━━━━━━</w:t>
      </w:r>
    </w:p>
    <w:p w:rsidR="0069798C" w:rsidRDefault="005E3F30">
      <w:pPr>
        <w:rPr>
          <w:lang w:eastAsia="zh-CN"/>
        </w:rPr>
      </w:pPr>
      <w:r>
        <w:rPr>
          <w:b/>
          <w:color w:val="D4AF37"/>
          <w:sz w:val="26"/>
          <w:lang w:eastAsia="zh-CN"/>
        </w:rPr>
        <w:t>十二、三步定</w:t>
      </w:r>
    </w:p>
    <w:p w:rsidR="0069798C" w:rsidRDefault="005E3F30">
      <w:pPr>
        <w:rPr>
          <w:lang w:eastAsia="zh-CN"/>
        </w:rPr>
      </w:pPr>
      <w:r>
        <w:rPr>
          <w:b/>
          <w:color w:val="000000"/>
          <w:lang w:eastAsia="zh-CN"/>
        </w:rPr>
        <w:t xml:space="preserve">第1步 </w:t>
      </w:r>
      <w:proofErr w:type="gramStart"/>
      <w:r>
        <w:rPr>
          <w:b/>
          <w:color w:val="000000"/>
          <w:lang w:eastAsia="zh-CN"/>
        </w:rPr>
        <w:t>加微信</w:t>
      </w:r>
      <w:proofErr w:type="gramEnd"/>
      <w:r>
        <w:rPr>
          <w:b/>
          <w:color w:val="000000"/>
          <w:lang w:eastAsia="zh-CN"/>
        </w:rPr>
        <w:t xml:space="preserve"> </w:t>
      </w:r>
      <w:proofErr w:type="spellStart"/>
      <w:r>
        <w:rPr>
          <w:b/>
          <w:color w:val="000000"/>
          <w:lang w:eastAsia="zh-CN"/>
        </w:rPr>
        <w:t>pintuyi</w:t>
      </w:r>
      <w:proofErr w:type="spellEnd"/>
      <w:r>
        <w:rPr>
          <w:b/>
          <w:color w:val="000000"/>
          <w:lang w:eastAsia="zh-CN"/>
        </w:rPr>
        <w:t>，发送「行业+厂名+</w:t>
      </w:r>
      <w:proofErr w:type="gramStart"/>
      <w:r>
        <w:rPr>
          <w:b/>
          <w:color w:val="000000"/>
          <w:lang w:eastAsia="zh-CN"/>
        </w:rPr>
        <w:t>年营收</w:t>
      </w:r>
      <w:proofErr w:type="gramEnd"/>
      <w:r>
        <w:rPr>
          <w:b/>
          <w:color w:val="000000"/>
          <w:lang w:eastAsia="zh-CN"/>
        </w:rPr>
        <w:t>+行业排名」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3分钟内响应，守门人当场判断你是否在候选序列</w:t>
      </w:r>
    </w:p>
    <w:p w:rsidR="0069798C" w:rsidRDefault="005E3F30">
      <w:pPr>
        <w:rPr>
          <w:lang w:eastAsia="zh-CN"/>
        </w:rPr>
      </w:pPr>
      <w:r>
        <w:rPr>
          <w:b/>
          <w:color w:val="000000"/>
          <w:lang w:eastAsia="zh-CN"/>
        </w:rPr>
        <w:t>第2步 3分钟电话讲清，进入竞争性谈判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供货结算价签约锁死，完成度阶梯赔付写进合同</w:t>
      </w:r>
    </w:p>
    <w:p w:rsidR="0069798C" w:rsidRDefault="005E3F30">
      <w:pPr>
        <w:rPr>
          <w:lang w:eastAsia="zh-CN"/>
        </w:rPr>
      </w:pPr>
      <w:r>
        <w:rPr>
          <w:b/>
          <w:color w:val="000000"/>
          <w:lang w:eastAsia="zh-CN"/>
        </w:rPr>
        <w:t>第3步 签约打款 → 你的产品印上"中华人民共和国图鉴社监制" → 全国亿万职工师徒制传承通道开推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合同期从首批到仓验收合格日起算，筹备期不占包销年度</w:t>
      </w:r>
    </w:p>
    <w:p w:rsidR="0069798C" w:rsidRDefault="005E3F30">
      <w:pPr>
        <w:jc w:val="center"/>
        <w:rPr>
          <w:lang w:eastAsia="zh-CN"/>
        </w:rPr>
      </w:pPr>
      <w:r>
        <w:rPr>
          <w:color w:val="888888"/>
          <w:sz w:val="18"/>
          <w:lang w:eastAsia="zh-CN"/>
        </w:rPr>
        <w:lastRenderedPageBreak/>
        <w:t>━━━━━━━━━━━━━━━━━━━━━━━━━━━━━━━━━━━━━━━━━━━━━━━━━━</w:t>
      </w:r>
    </w:p>
    <w:p w:rsidR="0069798C" w:rsidRDefault="005E3F30">
      <w:pPr>
        <w:rPr>
          <w:lang w:eastAsia="zh-CN"/>
        </w:rPr>
      </w:pPr>
      <w:r>
        <w:rPr>
          <w:b/>
          <w:color w:val="C41E3A"/>
          <w:sz w:val="26"/>
          <w:lang w:eastAsia="zh-CN"/>
        </w:rPr>
        <w:t>十三、关键提示</w:t>
      </w:r>
    </w:p>
    <w:p w:rsidR="0069798C" w:rsidRDefault="005E3F30">
      <w:pPr>
        <w:rPr>
          <w:lang w:eastAsia="zh-CN"/>
        </w:rPr>
      </w:pPr>
      <w:r>
        <w:rPr>
          <w:b/>
          <w:color w:val="C41E3A"/>
          <w:sz w:val="22"/>
          <w:lang w:eastAsia="zh-CN"/>
        </w:rPr>
        <w:t>🔴 A/B/C三档已全门关闭。外部只剩这一条封神通道。</w:t>
      </w:r>
    </w:p>
    <w:p w:rsidR="0069798C" w:rsidRDefault="005E3F30">
      <w:pPr>
        <w:rPr>
          <w:lang w:eastAsia="zh-CN"/>
        </w:rPr>
      </w:pPr>
      <w:r>
        <w:rPr>
          <w:b/>
          <w:color w:val="C41E3A"/>
          <w:sz w:val="22"/>
          <w:lang w:eastAsia="zh-CN"/>
        </w:rPr>
        <w:t>🔴 每行业仅1-2家（首签者可约定行业独家）。守门人正在评估，名额不等人。</w:t>
      </w:r>
    </w:p>
    <w:p w:rsidR="0069798C" w:rsidRDefault="005E3F30">
      <w:pPr>
        <w:rPr>
          <w:lang w:eastAsia="zh-CN"/>
        </w:rPr>
      </w:pPr>
      <w:r>
        <w:rPr>
          <w:b/>
          <w:color w:val="C41E3A"/>
          <w:sz w:val="22"/>
          <w:lang w:eastAsia="zh-CN"/>
        </w:rPr>
        <w:t>🔴 不是申请制。是守门人觉得你合适，才会邀请你谈。</w:t>
      </w:r>
    </w:p>
    <w:p w:rsidR="0069798C" w:rsidRDefault="005E3F30">
      <w:pPr>
        <w:jc w:val="center"/>
        <w:rPr>
          <w:lang w:eastAsia="zh-CN"/>
        </w:rPr>
      </w:pPr>
      <w:r>
        <w:rPr>
          <w:b/>
          <w:color w:val="00C853"/>
          <w:sz w:val="28"/>
          <w:lang w:eastAsia="zh-CN"/>
        </w:rPr>
        <w:t>🟢 签完即是龙头。签完即是行业龙头。</w:t>
      </w:r>
    </w:p>
    <w:p w:rsidR="0069798C" w:rsidRDefault="005E3F30">
      <w:pPr>
        <w:jc w:val="center"/>
        <w:rPr>
          <w:lang w:eastAsia="zh-CN"/>
        </w:rPr>
      </w:pPr>
      <w:r>
        <w:rPr>
          <w:color w:val="888888"/>
          <w:sz w:val="18"/>
          <w:lang w:eastAsia="zh-CN"/>
        </w:rPr>
        <w:t>━━━━━━━━━━━━━━━━━━━━━━━━━━━━━━━━━━━━━━━━━━━━━━━━━━</w:t>
      </w:r>
    </w:p>
    <w:p w:rsidR="0069798C" w:rsidRDefault="005E3F30">
      <w:pPr>
        <w:rPr>
          <w:lang w:eastAsia="zh-CN"/>
        </w:rPr>
      </w:pPr>
      <w:r>
        <w:rPr>
          <w:b/>
          <w:color w:val="D4AF37"/>
          <w:sz w:val="26"/>
          <w:lang w:eastAsia="zh-CN"/>
        </w:rPr>
        <w:t>十四、附：与供应</w:t>
      </w:r>
      <w:proofErr w:type="gramStart"/>
      <w:r>
        <w:rPr>
          <w:b/>
          <w:color w:val="D4AF37"/>
          <w:sz w:val="26"/>
          <w:lang w:eastAsia="zh-CN"/>
        </w:rPr>
        <w:t>链合作</w:t>
      </w:r>
      <w:proofErr w:type="gramEnd"/>
      <w:r>
        <w:rPr>
          <w:b/>
          <w:color w:val="D4AF37"/>
          <w:sz w:val="26"/>
          <w:lang w:eastAsia="zh-CN"/>
        </w:rPr>
        <w:t>通道的对比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69798C">
        <w:trPr>
          <w:jc w:val="center"/>
        </w:trPr>
        <w:tc>
          <w:tcPr>
            <w:tcW w:w="2880" w:type="dxa"/>
          </w:tcPr>
          <w:p w:rsidR="0069798C" w:rsidRDefault="005E3F30">
            <w:pPr>
              <w:jc w:val="center"/>
            </w:pPr>
            <w:proofErr w:type="spellStart"/>
            <w:r>
              <w:rPr>
                <w:b/>
                <w:sz w:val="18"/>
              </w:rPr>
              <w:t>维度</w:t>
            </w:r>
            <w:proofErr w:type="spellEnd"/>
          </w:p>
        </w:tc>
        <w:tc>
          <w:tcPr>
            <w:tcW w:w="2880" w:type="dxa"/>
          </w:tcPr>
          <w:p w:rsidR="0069798C" w:rsidRDefault="005E3F30">
            <w:pPr>
              <w:jc w:val="center"/>
            </w:pPr>
            <w:r>
              <w:rPr>
                <w:b/>
                <w:sz w:val="18"/>
              </w:rPr>
              <w:t>开创计划（5/10/30万）</w:t>
            </w:r>
          </w:p>
        </w:tc>
        <w:tc>
          <w:tcPr>
            <w:tcW w:w="2880" w:type="dxa"/>
          </w:tcPr>
          <w:p w:rsidR="0069798C" w:rsidRDefault="005E3F30">
            <w:pPr>
              <w:jc w:val="center"/>
            </w:pPr>
            <w:r>
              <w:rPr>
                <w:b/>
                <w:sz w:val="18"/>
              </w:rPr>
              <w:t>中图社监制（1000万起）</w:t>
            </w:r>
          </w:p>
        </w:tc>
      </w:tr>
      <w:tr w:rsidR="0069798C">
        <w:trPr>
          <w:jc w:val="center"/>
        </w:trPr>
        <w:tc>
          <w:tcPr>
            <w:tcW w:w="2880" w:type="dxa"/>
          </w:tcPr>
          <w:p w:rsidR="0069798C" w:rsidRDefault="005E3F30">
            <w:pPr>
              <w:jc w:val="center"/>
            </w:pPr>
            <w:r>
              <w:rPr>
                <w:sz w:val="18"/>
              </w:rPr>
              <w:t>定位</w:t>
            </w:r>
          </w:p>
        </w:tc>
        <w:tc>
          <w:tcPr>
            <w:tcW w:w="2880" w:type="dxa"/>
          </w:tcPr>
          <w:p w:rsidR="0069798C" w:rsidRDefault="005E3F30">
            <w:pPr>
              <w:jc w:val="center"/>
            </w:pPr>
            <w:r>
              <w:rPr>
                <w:sz w:val="18"/>
              </w:rPr>
              <w:t>开创层 · 零风险测试</w:t>
            </w:r>
          </w:p>
        </w:tc>
        <w:tc>
          <w:tcPr>
            <w:tcW w:w="2880" w:type="dxa"/>
          </w:tcPr>
          <w:p w:rsidR="0069798C" w:rsidRDefault="005E3F30">
            <w:pPr>
              <w:jc w:val="center"/>
            </w:pPr>
            <w:r>
              <w:rPr>
                <w:sz w:val="18"/>
              </w:rPr>
              <w:t>封神层 · 每行业1-2家</w:t>
            </w:r>
          </w:p>
        </w:tc>
      </w:tr>
      <w:tr w:rsidR="0069798C">
        <w:trPr>
          <w:jc w:val="center"/>
        </w:trPr>
        <w:tc>
          <w:tcPr>
            <w:tcW w:w="2880" w:type="dxa"/>
          </w:tcPr>
          <w:p w:rsidR="0069798C" w:rsidRDefault="005E3F30">
            <w:pPr>
              <w:jc w:val="center"/>
            </w:pPr>
            <w:r>
              <w:rPr>
                <w:sz w:val="18"/>
              </w:rPr>
              <w:t>监制背书</w:t>
            </w:r>
          </w:p>
        </w:tc>
        <w:tc>
          <w:tcPr>
            <w:tcW w:w="2880" w:type="dxa"/>
          </w:tcPr>
          <w:p w:rsidR="0069798C" w:rsidRDefault="005E3F30">
            <w:pPr>
              <w:jc w:val="center"/>
            </w:pPr>
            <w:r>
              <w:rPr>
                <w:sz w:val="18"/>
              </w:rPr>
              <w:t>国卡集团监制</w:t>
            </w:r>
          </w:p>
        </w:tc>
        <w:tc>
          <w:tcPr>
            <w:tcW w:w="2880" w:type="dxa"/>
          </w:tcPr>
          <w:p w:rsidR="0069798C" w:rsidRDefault="005E3F30">
            <w:pPr>
              <w:jc w:val="center"/>
              <w:rPr>
                <w:lang w:eastAsia="zh-CN"/>
              </w:rPr>
            </w:pPr>
            <w:r>
              <w:rPr>
                <w:sz w:val="18"/>
                <w:lang w:eastAsia="zh-CN"/>
              </w:rPr>
              <w:t>中华人民共和国图鉴社监制</w:t>
            </w:r>
          </w:p>
        </w:tc>
      </w:tr>
      <w:tr w:rsidR="0069798C">
        <w:trPr>
          <w:jc w:val="center"/>
        </w:trPr>
        <w:tc>
          <w:tcPr>
            <w:tcW w:w="2880" w:type="dxa"/>
          </w:tcPr>
          <w:p w:rsidR="0069798C" w:rsidRDefault="005E3F30">
            <w:pPr>
              <w:jc w:val="center"/>
            </w:pPr>
            <w:proofErr w:type="spellStart"/>
            <w:r>
              <w:rPr>
                <w:sz w:val="18"/>
              </w:rPr>
              <w:t>品牌溢价</w:t>
            </w:r>
            <w:proofErr w:type="spellEnd"/>
          </w:p>
        </w:tc>
        <w:tc>
          <w:tcPr>
            <w:tcW w:w="2880" w:type="dxa"/>
          </w:tcPr>
          <w:p w:rsidR="0069798C" w:rsidRDefault="005E3F30">
            <w:pPr>
              <w:jc w:val="center"/>
            </w:pPr>
            <w:r>
              <w:rPr>
                <w:sz w:val="18"/>
              </w:rPr>
              <w:t>有提升</w:t>
            </w:r>
          </w:p>
        </w:tc>
        <w:tc>
          <w:tcPr>
            <w:tcW w:w="2880" w:type="dxa"/>
          </w:tcPr>
          <w:p w:rsidR="0069798C" w:rsidRDefault="005E3F30">
            <w:pPr>
              <w:jc w:val="center"/>
            </w:pPr>
            <w:r>
              <w:rPr>
                <w:sz w:val="18"/>
              </w:rPr>
              <w:t>提升500%+</w:t>
            </w:r>
          </w:p>
        </w:tc>
      </w:tr>
      <w:tr w:rsidR="0069798C">
        <w:trPr>
          <w:jc w:val="center"/>
        </w:trPr>
        <w:tc>
          <w:tcPr>
            <w:tcW w:w="2880" w:type="dxa"/>
          </w:tcPr>
          <w:p w:rsidR="0069798C" w:rsidRDefault="005E3F30">
            <w:pPr>
              <w:jc w:val="center"/>
            </w:pPr>
            <w:r>
              <w:rPr>
                <w:sz w:val="18"/>
              </w:rPr>
              <w:t>准入方式</w:t>
            </w:r>
          </w:p>
        </w:tc>
        <w:tc>
          <w:tcPr>
            <w:tcW w:w="2880" w:type="dxa"/>
          </w:tcPr>
          <w:p w:rsidR="0069798C" w:rsidRDefault="005E3F30">
            <w:pPr>
              <w:jc w:val="center"/>
            </w:pPr>
            <w:r>
              <w:rPr>
                <w:sz w:val="18"/>
              </w:rPr>
              <w:t>开放申请</w:t>
            </w:r>
          </w:p>
        </w:tc>
        <w:tc>
          <w:tcPr>
            <w:tcW w:w="2880" w:type="dxa"/>
          </w:tcPr>
          <w:p w:rsidR="0069798C" w:rsidRDefault="005E3F30">
            <w:pPr>
              <w:jc w:val="center"/>
              <w:rPr>
                <w:lang w:eastAsia="zh-CN"/>
              </w:rPr>
            </w:pPr>
            <w:r>
              <w:rPr>
                <w:sz w:val="18"/>
                <w:lang w:eastAsia="zh-CN"/>
              </w:rPr>
              <w:t>定向邀请 · 竞争性谈判</w:t>
            </w:r>
          </w:p>
        </w:tc>
      </w:tr>
      <w:tr w:rsidR="0069798C">
        <w:trPr>
          <w:jc w:val="center"/>
        </w:trPr>
        <w:tc>
          <w:tcPr>
            <w:tcW w:w="2880" w:type="dxa"/>
          </w:tcPr>
          <w:p w:rsidR="0069798C" w:rsidRDefault="005E3F30">
            <w:pPr>
              <w:jc w:val="center"/>
            </w:pPr>
            <w:proofErr w:type="spellStart"/>
            <w:r>
              <w:rPr>
                <w:sz w:val="18"/>
              </w:rPr>
              <w:t>适合企业</w:t>
            </w:r>
            <w:proofErr w:type="spellEnd"/>
          </w:p>
        </w:tc>
        <w:tc>
          <w:tcPr>
            <w:tcW w:w="2880" w:type="dxa"/>
          </w:tcPr>
          <w:p w:rsidR="0069798C" w:rsidRDefault="005E3F30">
            <w:pPr>
              <w:jc w:val="center"/>
            </w:pPr>
            <w:r>
              <w:rPr>
                <w:sz w:val="18"/>
              </w:rPr>
              <w:t>有产品想借渠道放量</w:t>
            </w:r>
          </w:p>
        </w:tc>
        <w:tc>
          <w:tcPr>
            <w:tcW w:w="2880" w:type="dxa"/>
          </w:tcPr>
          <w:p w:rsidR="0069798C" w:rsidRDefault="005E3F30">
            <w:pPr>
              <w:jc w:val="center"/>
              <w:rPr>
                <w:lang w:eastAsia="zh-CN"/>
              </w:rPr>
            </w:pPr>
            <w:r>
              <w:rPr>
                <w:sz w:val="18"/>
                <w:lang w:eastAsia="zh-CN"/>
              </w:rPr>
              <w:t>行业头部 · 有野心登顶</w:t>
            </w:r>
          </w:p>
        </w:tc>
      </w:tr>
    </w:tbl>
    <w:p w:rsidR="0069798C" w:rsidRDefault="005E3F30">
      <w:pPr>
        <w:jc w:val="center"/>
        <w:rPr>
          <w:lang w:eastAsia="zh-CN"/>
        </w:rPr>
      </w:pPr>
      <w:r>
        <w:rPr>
          <w:color w:val="000000"/>
          <w:sz w:val="20"/>
          <w:lang w:eastAsia="zh-CN"/>
        </w:rPr>
        <w:t>不冲突。先走开创计划试水 → 满一年自动进入中图社评估序列 → 升级封神。</w:t>
      </w:r>
    </w:p>
    <w:p w:rsidR="0069798C" w:rsidRDefault="005E3F30">
      <w:pPr>
        <w:jc w:val="center"/>
        <w:rPr>
          <w:lang w:eastAsia="zh-CN"/>
        </w:rPr>
      </w:pPr>
      <w:r>
        <w:rPr>
          <w:color w:val="888888"/>
          <w:sz w:val="18"/>
          <w:lang w:eastAsia="zh-CN"/>
        </w:rPr>
        <w:t>━━━━━━━━━━━━━━━━━━━━━━━━━━━━━━━━━━━━━━━━━━━━━━━━━━</w:t>
      </w:r>
    </w:p>
    <w:p w:rsidR="0069798C" w:rsidRDefault="005E3F30">
      <w:pPr>
        <w:rPr>
          <w:lang w:eastAsia="zh-CN"/>
        </w:rPr>
      </w:pPr>
      <w:r>
        <w:rPr>
          <w:b/>
          <w:color w:val="D4AF37"/>
          <w:sz w:val="26"/>
          <w:lang w:eastAsia="zh-CN"/>
        </w:rPr>
        <w:t>十五、资金安全 · 合</w:t>
      </w:r>
      <w:proofErr w:type="gramStart"/>
      <w:r>
        <w:rPr>
          <w:b/>
          <w:color w:val="D4AF37"/>
          <w:sz w:val="26"/>
          <w:lang w:eastAsia="zh-CN"/>
        </w:rPr>
        <w:t>规</w:t>
      </w:r>
      <w:proofErr w:type="gramEnd"/>
      <w:r>
        <w:rPr>
          <w:b/>
          <w:color w:val="D4AF37"/>
          <w:sz w:val="26"/>
          <w:lang w:eastAsia="zh-CN"/>
        </w:rPr>
        <w:t>保障</w:t>
      </w:r>
    </w:p>
    <w:p w:rsidR="0069798C" w:rsidRDefault="005E3F30">
      <w:pPr>
        <w:rPr>
          <w:lang w:eastAsia="zh-CN"/>
        </w:rPr>
      </w:pPr>
      <w:r>
        <w:rPr>
          <w:b/>
          <w:color w:val="000000"/>
          <w:sz w:val="22"/>
          <w:lang w:eastAsia="zh-CN"/>
        </w:rPr>
        <w:t>你的保证金，三重安全锁：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① 合同对赌 → 包销对赌写进合同，白纸黑字，受法律保护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② 守门人专项监管 → 保证金专款专用，不混同、不挪用</w:t>
      </w:r>
    </w:p>
    <w:p w:rsidR="0069798C" w:rsidRDefault="005E3F30">
      <w:pPr>
        <w:rPr>
          <w:lang w:eastAsia="zh-CN"/>
        </w:rPr>
      </w:pPr>
      <w:r>
        <w:rPr>
          <w:color w:val="000000"/>
          <w:lang w:eastAsia="zh-CN"/>
        </w:rPr>
        <w:t>③ 未达标全额退还+阶梯赔付 → 最差结果白纸黑字写死，按完成度在5%-25%区间确定</w:t>
      </w:r>
    </w:p>
    <w:p w:rsidR="0069798C" w:rsidRDefault="005E3F30">
      <w:pPr>
        <w:jc w:val="center"/>
        <w:rPr>
          <w:lang w:eastAsia="zh-CN"/>
        </w:rPr>
      </w:pPr>
      <w:r>
        <w:rPr>
          <w:b/>
          <w:color w:val="00C853"/>
          <w:sz w:val="22"/>
          <w:lang w:eastAsia="zh-CN"/>
        </w:rPr>
        <w:t>写进合同 · 法律约束 · 白纸黑字 · 这就是底气</w:t>
      </w:r>
    </w:p>
    <w:p w:rsidR="0069798C" w:rsidRDefault="005E3F30">
      <w:pPr>
        <w:jc w:val="center"/>
        <w:rPr>
          <w:lang w:eastAsia="zh-CN"/>
        </w:rPr>
      </w:pPr>
      <w:r>
        <w:rPr>
          <w:color w:val="888888"/>
          <w:sz w:val="18"/>
          <w:lang w:eastAsia="zh-CN"/>
        </w:rPr>
        <w:t>━━━━━━━━━━━━━━━━━━━━━━━━━━━━━━━━━━━━━━━━━━━━━━━━━━</w:t>
      </w:r>
    </w:p>
    <w:p w:rsidR="0069798C" w:rsidRDefault="005E3F30">
      <w:pPr>
        <w:jc w:val="center"/>
        <w:rPr>
          <w:lang w:eastAsia="zh-CN"/>
        </w:rPr>
      </w:pPr>
      <w:r>
        <w:rPr>
          <w:b/>
          <w:color w:val="D4AF37"/>
          <w:sz w:val="28"/>
          <w:lang w:eastAsia="zh-CN"/>
        </w:rPr>
        <w:t>微信：</w:t>
      </w:r>
      <w:proofErr w:type="spellStart"/>
      <w:proofErr w:type="gramStart"/>
      <w:r>
        <w:rPr>
          <w:b/>
          <w:color w:val="D4AF37"/>
          <w:sz w:val="28"/>
          <w:lang w:eastAsia="zh-CN"/>
        </w:rPr>
        <w:t>pintuyi</w:t>
      </w:r>
      <w:proofErr w:type="spellEnd"/>
      <w:proofErr w:type="gramEnd"/>
    </w:p>
    <w:p w:rsidR="0069798C" w:rsidRDefault="005E3F30">
      <w:pPr>
        <w:jc w:val="center"/>
        <w:rPr>
          <w:lang w:eastAsia="zh-CN"/>
        </w:rPr>
      </w:pPr>
      <w:r>
        <w:rPr>
          <w:color w:val="000000"/>
          <w:sz w:val="20"/>
          <w:lang w:eastAsia="zh-CN"/>
        </w:rPr>
        <w:t>仅接待企业决策者 · 3分钟交流 · 当场得出结论</w:t>
      </w:r>
    </w:p>
    <w:sectPr w:rsidR="0069798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87F" w:rsidRDefault="00DE687F" w:rsidP="008C77CD">
      <w:pPr>
        <w:spacing w:after="0" w:line="240" w:lineRule="auto"/>
      </w:pPr>
      <w:r>
        <w:separator/>
      </w:r>
    </w:p>
  </w:endnote>
  <w:endnote w:type="continuationSeparator" w:id="0">
    <w:p w:rsidR="00DE687F" w:rsidRDefault="00DE687F" w:rsidP="008C7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icrosoft YaHe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7197403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8C77CD" w:rsidRDefault="008C77CD">
            <w:pPr>
              <w:pStyle w:val="a6"/>
              <w:jc w:val="center"/>
            </w:pPr>
            <w:r>
              <w:rPr>
                <w:lang w:val="zh-CN" w:eastAsia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A59E0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 w:eastAsia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A59E0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C77CD" w:rsidRDefault="008C77C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87F" w:rsidRDefault="00DE687F" w:rsidP="008C77CD">
      <w:pPr>
        <w:spacing w:after="0" w:line="240" w:lineRule="auto"/>
      </w:pPr>
      <w:r>
        <w:separator/>
      </w:r>
    </w:p>
  </w:footnote>
  <w:footnote w:type="continuationSeparator" w:id="0">
    <w:p w:rsidR="00DE687F" w:rsidRDefault="00DE687F" w:rsidP="008C77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41002"/>
    <w:rsid w:val="0006063C"/>
    <w:rsid w:val="0015074B"/>
    <w:rsid w:val="0029639D"/>
    <w:rsid w:val="00326F90"/>
    <w:rsid w:val="003D5B68"/>
    <w:rsid w:val="005E3F30"/>
    <w:rsid w:val="0069798C"/>
    <w:rsid w:val="008A59E0"/>
    <w:rsid w:val="008C77CD"/>
    <w:rsid w:val="00AA1D8D"/>
    <w:rsid w:val="00B47730"/>
    <w:rsid w:val="00CB0664"/>
    <w:rsid w:val="00D034B9"/>
    <w:rsid w:val="00DE687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Microsoft YaHei" w:eastAsia="Microsoft YaHei" w:hAnsi="Microsoft YaHei"/>
      <w:sz w:val="21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Microsoft YaHei" w:eastAsia="Microsoft YaHei" w:hAnsi="Microsoft YaHei"/>
      <w:sz w:val="21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901DCD2-4A10-4931-8CB5-1523346D6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8</cp:revision>
  <cp:lastPrinted>2026-07-22T03:43:00Z</cp:lastPrinted>
  <dcterms:created xsi:type="dcterms:W3CDTF">2013-12-23T23:15:00Z</dcterms:created>
  <dcterms:modified xsi:type="dcterms:W3CDTF">2026-07-22T03:43:00Z</dcterms:modified>
</cp:coreProperties>
</file>